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66356" w14:textId="77777777" w:rsidR="006D6160" w:rsidRDefault="00000000">
      <w:pPr>
        <w:spacing w:after="40"/>
        <w:jc w:val="center"/>
      </w:pPr>
      <w:r>
        <w:rPr>
          <w:b/>
          <w:color w:val="2D5A1B"/>
          <w:sz w:val="56"/>
        </w:rPr>
        <w:t>GRASSROOTS HIGH</w:t>
      </w:r>
    </w:p>
    <w:p w14:paraId="0D4DB1FD" w14:textId="77777777" w:rsidR="006D6160" w:rsidRDefault="00000000">
      <w:pPr>
        <w:spacing w:after="240"/>
        <w:jc w:val="center"/>
      </w:pPr>
      <w:r>
        <w:rPr>
          <w:i/>
          <w:color w:val="A0820D"/>
          <w:sz w:val="28"/>
        </w:rPr>
        <w:t>Growing together</w:t>
      </w:r>
    </w:p>
    <w:p w14:paraId="78B1DEEB" w14:textId="77777777" w:rsidR="006D6160" w:rsidRDefault="006D6160"/>
    <w:p w14:paraId="5AC1DD6C" w14:textId="77777777" w:rsidR="006D6160" w:rsidRDefault="00000000">
      <w:pPr>
        <w:spacing w:after="80"/>
        <w:jc w:val="center"/>
      </w:pPr>
      <w:r>
        <w:rPr>
          <w:b/>
          <w:color w:val="8B3A0F"/>
          <w:sz w:val="40"/>
        </w:rPr>
        <w:t>Study Smarter with AI</w:t>
      </w:r>
    </w:p>
    <w:p w14:paraId="5A586268" w14:textId="77777777" w:rsidR="006D6160" w:rsidRDefault="00000000">
      <w:pPr>
        <w:spacing w:after="0"/>
        <w:jc w:val="center"/>
      </w:pPr>
      <w:r>
        <w:t>A student guide to the Role / Output / Information</w:t>
      </w:r>
    </w:p>
    <w:p w14:paraId="0BC41862" w14:textId="77777777" w:rsidR="006D6160" w:rsidRDefault="00000000">
      <w:pPr>
        <w:spacing w:after="240"/>
        <w:jc w:val="center"/>
      </w:pPr>
      <w:r>
        <w:t>prompting method for Copilot, ChatGPT, and Gemini</w:t>
      </w:r>
    </w:p>
    <w:p w14:paraId="7CE830F4" w14:textId="77777777" w:rsidR="006D6160" w:rsidRDefault="006D6160"/>
    <w:p w14:paraId="72AAFA2C" w14:textId="77777777" w:rsidR="006D6160" w:rsidRDefault="00000000">
      <w:pPr>
        <w:spacing w:after="40"/>
        <w:jc w:val="center"/>
      </w:pPr>
      <w:r>
        <w:rPr>
          <w:color w:val="666666"/>
          <w:sz w:val="20"/>
        </w:rPr>
        <w:t>Version 1.0  |  2026</w:t>
      </w:r>
    </w:p>
    <w:p w14:paraId="244C5BCD" w14:textId="77777777" w:rsidR="006D6160" w:rsidRDefault="00000000">
      <w:pPr>
        <w:jc w:val="center"/>
      </w:pPr>
      <w:r>
        <w:rPr>
          <w:color w:val="666666"/>
          <w:sz w:val="20"/>
        </w:rPr>
        <w:t>Grassroots High Study Skills Team</w:t>
      </w:r>
    </w:p>
    <w:p w14:paraId="206A9E04" w14:textId="77777777" w:rsidR="006D6160" w:rsidRDefault="006D6160"/>
    <w:p w14:paraId="353CD16D" w14:textId="77777777" w:rsidR="006D6160" w:rsidRDefault="00000000">
      <w:r>
        <w:rPr>
          <w:b/>
          <w:color w:val="2D5A1B"/>
          <w:sz w:val="36"/>
        </w:rPr>
        <w:t>What is ROI Prompting?</w:t>
      </w:r>
    </w:p>
    <w:p w14:paraId="793B117E" w14:textId="77777777" w:rsidR="006D6160" w:rsidRDefault="00000000">
      <w:pPr>
        <w:spacing w:after="120"/>
      </w:pPr>
      <w:r>
        <w:t xml:space="preserve">AI chatbots are powerful study tools — but only if you tell them </w:t>
      </w:r>
      <w:r>
        <w:rPr>
          <w:i/>
        </w:rPr>
        <w:t>exactly</w:t>
      </w:r>
      <w:r>
        <w:t xml:space="preserve"> what you need. Typing "help me revise" gets you a generic wall of text. The </w:t>
      </w:r>
      <w:r>
        <w:rPr>
          <w:b/>
        </w:rPr>
        <w:t>ROI method</w:t>
      </w:r>
      <w:r>
        <w:t xml:space="preserve"> fixes this by giving every prompt three clear parts:</w:t>
      </w:r>
    </w:p>
    <w:p w14:paraId="6A1B193D" w14:textId="77777777" w:rsidR="006D6160" w:rsidRDefault="00000000">
      <w:pPr>
        <w:spacing w:after="80"/>
        <w:ind w:left="567"/>
      </w:pPr>
      <w:r>
        <w:rPr>
          <w:b/>
          <w:color w:val="2D5A1B"/>
        </w:rPr>
        <w:t xml:space="preserve">Role: </w:t>
      </w:r>
      <w:r>
        <w:t>Tell the AI who to be. A tutor? An examiner? A debate coach? This controls the tone.</w:t>
      </w:r>
    </w:p>
    <w:p w14:paraId="2CA42CC7" w14:textId="77777777" w:rsidR="006D6160" w:rsidRDefault="00000000">
      <w:pPr>
        <w:spacing w:after="80"/>
        <w:ind w:left="567"/>
      </w:pPr>
      <w:r>
        <w:rPr>
          <w:b/>
          <w:color w:val="2D5A1B"/>
        </w:rPr>
        <w:t xml:space="preserve">Output: </w:t>
      </w:r>
      <w:r>
        <w:t>Tell the AI what to make. A quiz? Flashcards? A paragraph? A comparison table?</w:t>
      </w:r>
    </w:p>
    <w:p w14:paraId="31568C2F" w14:textId="77777777" w:rsidR="006D6160" w:rsidRDefault="00000000">
      <w:pPr>
        <w:spacing w:after="80"/>
        <w:ind w:left="567"/>
      </w:pPr>
      <w:r>
        <w:rPr>
          <w:b/>
          <w:color w:val="2D5A1B"/>
        </w:rPr>
        <w:t xml:space="preserve">Information: </w:t>
      </w:r>
      <w:r>
        <w:t>Give the AI your context. Year group, exam board, topic, what you find hard.</w:t>
      </w:r>
    </w:p>
    <w:p w14:paraId="604CC243" w14:textId="77777777" w:rsidR="006D6160" w:rsidRDefault="006D6160"/>
    <w:p w14:paraId="7BC56059" w14:textId="77777777" w:rsidR="006D6160" w:rsidRDefault="00000000">
      <w:r>
        <w:rPr>
          <w:b/>
          <w:color w:val="2D5A1B"/>
          <w:sz w:val="36"/>
        </w:rPr>
        <w:t>How to Use This Guide</w:t>
      </w:r>
    </w:p>
    <w:p w14:paraId="5E0E38A1" w14:textId="77777777" w:rsidR="006D6160" w:rsidRDefault="00000000">
      <w:pPr>
        <w:spacing w:after="120"/>
      </w:pPr>
      <w:r>
        <w:t>Each prompt below includes three things:</w:t>
      </w:r>
    </w:p>
    <w:p w14:paraId="629F73E5" w14:textId="77777777" w:rsidR="006D6160" w:rsidRDefault="00000000">
      <w:pPr>
        <w:pStyle w:val="ListBullet"/>
      </w:pPr>
      <w:r>
        <w:rPr>
          <w:b/>
        </w:rPr>
        <w:t>The Schema Table</w:t>
      </w:r>
      <w:r>
        <w:t xml:space="preserve"> — showing the three ROI elements and what each one does.</w:t>
      </w:r>
    </w:p>
    <w:p w14:paraId="1A2DF841" w14:textId="77777777" w:rsidR="006D6160" w:rsidRDefault="00000000">
      <w:pPr>
        <w:pStyle w:val="ListBullet"/>
      </w:pPr>
      <w:r>
        <w:rPr>
          <w:b/>
        </w:rPr>
        <w:t>The Copy-Paste Prompt</w:t>
      </w:r>
      <w:r>
        <w:t xml:space="preserve"> — a ready-made prompt you can paste straight into any AI chatbot. Just swap in your own topic.</w:t>
      </w:r>
    </w:p>
    <w:p w14:paraId="709983D7" w14:textId="77777777" w:rsidR="006D6160" w:rsidRDefault="00000000">
      <w:pPr>
        <w:pStyle w:val="ListBullet"/>
      </w:pPr>
      <w:r>
        <w:rPr>
          <w:b/>
        </w:rPr>
        <w:t>A Worked Example</w:t>
      </w:r>
      <w:r>
        <w:t xml:space="preserve"> — showing what the AI actually produces, so you know what to expect.</w:t>
      </w:r>
    </w:p>
    <w:p w14:paraId="4C63D214" w14:textId="77777777" w:rsidR="006D6160" w:rsidRDefault="006D6160"/>
    <w:tbl>
      <w:tblPr>
        <w:tblW w:w="0" w:type="auto"/>
        <w:jc w:val="center"/>
        <w:tblBorders>
          <w:top w:val="single" w:sz="4" w:space="0" w:color="D4A426"/>
          <w:left w:val="single" w:sz="4" w:space="0" w:color="D4A426"/>
          <w:bottom w:val="single" w:sz="4" w:space="0" w:color="D4A426"/>
          <w:right w:val="single" w:sz="4" w:space="0" w:color="D4A426"/>
        </w:tblBorders>
        <w:tblLook w:val="04A0" w:firstRow="1" w:lastRow="0" w:firstColumn="1" w:lastColumn="0" w:noHBand="0" w:noVBand="1"/>
      </w:tblPr>
      <w:tblGrid>
        <w:gridCol w:w="9396"/>
      </w:tblGrid>
      <w:tr w:rsidR="006D6160" w14:paraId="275DF2DC" w14:textId="77777777">
        <w:trPr>
          <w:jc w:val="center"/>
        </w:trPr>
        <w:tc>
          <w:tcPr>
            <w:tcW w:w="9406" w:type="dxa"/>
            <w:shd w:val="clear" w:color="auto" w:fill="FFF8E8"/>
          </w:tcPr>
          <w:p w14:paraId="2C7F3696" w14:textId="77777777" w:rsidR="006D6160" w:rsidRDefault="00000000">
            <w:r>
              <w:rPr>
                <w:b/>
                <w:color w:val="A0820D"/>
                <w:sz w:val="20"/>
              </w:rPr>
              <w:t xml:space="preserve">Tip: </w:t>
            </w:r>
            <w:r>
              <w:rPr>
                <w:sz w:val="20"/>
              </w:rPr>
              <w:t>You can use these prompts in Copilot, ChatGPT, Claude, or Gemini — they all work the same way. If the AI gives you something too easy or too hard, just tell it: "Make this harder" or "Simplify this for a Year 9 student."</w:t>
            </w:r>
          </w:p>
        </w:tc>
      </w:tr>
    </w:tbl>
    <w:p w14:paraId="5A3A97A5" w14:textId="77777777" w:rsidR="006D6160" w:rsidRDefault="006D6160"/>
    <w:p w14:paraId="14D877DA" w14:textId="77777777" w:rsidR="006D6160" w:rsidRDefault="006D6160"/>
    <w:p w14:paraId="4F7A90AE" w14:textId="77777777" w:rsidR="006D6160" w:rsidRDefault="00000000">
      <w:r>
        <w:rPr>
          <w:b/>
          <w:color w:val="2D5A1B"/>
          <w:sz w:val="36"/>
        </w:rPr>
        <w:lastRenderedPageBreak/>
        <w:t>1. The Catch-Up Summary</w:t>
      </w:r>
    </w:p>
    <w:p w14:paraId="2C0D3CAD" w14:textId="77777777" w:rsidR="006D6160" w:rsidRDefault="00000000">
      <w:r>
        <w:rPr>
          <w:i/>
          <w:color w:val="A0820D"/>
        </w:rPr>
        <w:t>Role + Output + Information</w:t>
      </w:r>
    </w:p>
    <w:p w14:paraId="12DD8E0B" w14:textId="77777777" w:rsidR="006D6160" w:rsidRDefault="00000000">
      <w:r>
        <w:rPr>
          <w:b/>
        </w:rPr>
        <w:t xml:space="preserve">Best for: </w:t>
      </w:r>
      <w:r>
        <w:t>Catching up on missed lessons, last-minute revision, building a personal revision sheet. Gets you a clear, structured summary pitched at your level.</w:t>
      </w:r>
    </w:p>
    <w:p w14:paraId="589F03A0" w14:textId="77777777" w:rsidR="006D6160" w:rsidRDefault="006D6160"/>
    <w:p w14:paraId="675B03D7" w14:textId="77777777" w:rsidR="006D6160" w:rsidRDefault="00000000">
      <w:r>
        <w:rPr>
          <w:b/>
          <w:color w:val="2D5A1B"/>
          <w:sz w:val="28"/>
        </w:rPr>
        <w:t>Schema</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133"/>
        <w:gridCol w:w="3131"/>
        <w:gridCol w:w="3132"/>
      </w:tblGrid>
      <w:tr w:rsidR="006D6160" w14:paraId="310ED1DC" w14:textId="77777777">
        <w:trPr>
          <w:jc w:val="center"/>
        </w:trPr>
        <w:tc>
          <w:tcPr>
            <w:tcW w:w="3135" w:type="dxa"/>
            <w:shd w:val="clear" w:color="auto" w:fill="2D5A1B"/>
          </w:tcPr>
          <w:p w14:paraId="29AF2C78" w14:textId="77777777" w:rsidR="006D6160" w:rsidRDefault="00000000">
            <w:r>
              <w:rPr>
                <w:b/>
                <w:color w:val="FFFFFF"/>
                <w:sz w:val="20"/>
              </w:rPr>
              <w:t>Element</w:t>
            </w:r>
          </w:p>
        </w:tc>
        <w:tc>
          <w:tcPr>
            <w:tcW w:w="3135" w:type="dxa"/>
            <w:shd w:val="clear" w:color="auto" w:fill="2D5A1B"/>
          </w:tcPr>
          <w:p w14:paraId="4049B782" w14:textId="77777777" w:rsidR="006D6160" w:rsidRDefault="00000000">
            <w:r>
              <w:rPr>
                <w:b/>
                <w:color w:val="FFFFFF"/>
                <w:sz w:val="20"/>
              </w:rPr>
              <w:t>What It Does</w:t>
            </w:r>
          </w:p>
        </w:tc>
        <w:tc>
          <w:tcPr>
            <w:tcW w:w="3135" w:type="dxa"/>
            <w:shd w:val="clear" w:color="auto" w:fill="2D5A1B"/>
          </w:tcPr>
          <w:p w14:paraId="6711CDBE" w14:textId="77777777" w:rsidR="006D6160" w:rsidRDefault="00000000">
            <w:r>
              <w:rPr>
                <w:b/>
                <w:color w:val="FFFFFF"/>
                <w:sz w:val="20"/>
              </w:rPr>
              <w:t>Example</w:t>
            </w:r>
          </w:p>
        </w:tc>
      </w:tr>
      <w:tr w:rsidR="006D6160" w14:paraId="55D1F6A4" w14:textId="77777777">
        <w:trPr>
          <w:jc w:val="center"/>
        </w:trPr>
        <w:tc>
          <w:tcPr>
            <w:tcW w:w="3135" w:type="dxa"/>
          </w:tcPr>
          <w:p w14:paraId="2095A49D" w14:textId="77777777" w:rsidR="006D6160" w:rsidRDefault="00000000">
            <w:r>
              <w:rPr>
                <w:b/>
                <w:sz w:val="20"/>
              </w:rPr>
              <w:t>[Role]</w:t>
            </w:r>
          </w:p>
        </w:tc>
        <w:tc>
          <w:tcPr>
            <w:tcW w:w="3135" w:type="dxa"/>
          </w:tcPr>
          <w:p w14:paraId="27D8DDA6" w14:textId="77777777" w:rsidR="006D6160" w:rsidRDefault="00000000">
            <w:r>
              <w:rPr>
                <w:sz w:val="20"/>
              </w:rPr>
              <w:t>A subject tutor who explains clearly at your level</w:t>
            </w:r>
          </w:p>
        </w:tc>
        <w:tc>
          <w:tcPr>
            <w:tcW w:w="3135" w:type="dxa"/>
          </w:tcPr>
          <w:p w14:paraId="45BBEF23" w14:textId="77777777" w:rsidR="006D6160" w:rsidRDefault="00000000">
            <w:r>
              <w:rPr>
                <w:sz w:val="20"/>
              </w:rPr>
              <w:t>"You are a patient GCSE Biology tutor"</w:t>
            </w:r>
          </w:p>
        </w:tc>
      </w:tr>
      <w:tr w:rsidR="006D6160" w14:paraId="043B2230" w14:textId="77777777">
        <w:trPr>
          <w:jc w:val="center"/>
        </w:trPr>
        <w:tc>
          <w:tcPr>
            <w:tcW w:w="3135" w:type="dxa"/>
          </w:tcPr>
          <w:p w14:paraId="72EFE51D" w14:textId="77777777" w:rsidR="006D6160" w:rsidRDefault="00000000">
            <w:r>
              <w:rPr>
                <w:b/>
                <w:sz w:val="20"/>
              </w:rPr>
              <w:t>[Output]</w:t>
            </w:r>
          </w:p>
        </w:tc>
        <w:tc>
          <w:tcPr>
            <w:tcW w:w="3135" w:type="dxa"/>
          </w:tcPr>
          <w:p w14:paraId="78358D2E" w14:textId="77777777" w:rsidR="006D6160" w:rsidRDefault="00000000">
            <w:r>
              <w:rPr>
                <w:sz w:val="20"/>
              </w:rPr>
              <w:t>What the AI should produce — format and scope</w:t>
            </w:r>
          </w:p>
        </w:tc>
        <w:tc>
          <w:tcPr>
            <w:tcW w:w="3135" w:type="dxa"/>
          </w:tcPr>
          <w:p w14:paraId="39762375" w14:textId="77777777" w:rsidR="006D6160" w:rsidRDefault="00000000">
            <w:r>
              <w:rPr>
                <w:sz w:val="20"/>
              </w:rPr>
              <w:t>"Write a one-page summary with key terms highlighted"</w:t>
            </w:r>
          </w:p>
        </w:tc>
      </w:tr>
      <w:tr w:rsidR="006D6160" w14:paraId="00EC8CF5" w14:textId="77777777">
        <w:trPr>
          <w:jc w:val="center"/>
        </w:trPr>
        <w:tc>
          <w:tcPr>
            <w:tcW w:w="3135" w:type="dxa"/>
          </w:tcPr>
          <w:p w14:paraId="6B9B4761" w14:textId="77777777" w:rsidR="006D6160" w:rsidRDefault="00000000">
            <w:r>
              <w:rPr>
                <w:b/>
                <w:sz w:val="20"/>
              </w:rPr>
              <w:t>[Information]</w:t>
            </w:r>
          </w:p>
        </w:tc>
        <w:tc>
          <w:tcPr>
            <w:tcW w:w="3135" w:type="dxa"/>
          </w:tcPr>
          <w:p w14:paraId="3F0E3A11" w14:textId="77777777" w:rsidR="006D6160" w:rsidRDefault="00000000">
            <w:r>
              <w:rPr>
                <w:sz w:val="20"/>
              </w:rPr>
              <w:t>Topic, year group, exam board, what you missed</w:t>
            </w:r>
          </w:p>
        </w:tc>
        <w:tc>
          <w:tcPr>
            <w:tcW w:w="3135" w:type="dxa"/>
          </w:tcPr>
          <w:p w14:paraId="1FD67253" w14:textId="77777777" w:rsidR="006D6160" w:rsidRDefault="00000000">
            <w:r>
              <w:rPr>
                <w:sz w:val="20"/>
              </w:rPr>
              <w:t>"I missed the photosynthesis topic. AQA, Year 10."</w:t>
            </w:r>
          </w:p>
        </w:tc>
      </w:tr>
    </w:tbl>
    <w:p w14:paraId="0DE84C54" w14:textId="77777777" w:rsidR="006D6160" w:rsidRDefault="006D6160"/>
    <w:p w14:paraId="23C4E445" w14:textId="77777777" w:rsidR="006D6160" w:rsidRDefault="00000000">
      <w:r>
        <w:rPr>
          <w:b/>
        </w:rPr>
        <w:t xml:space="preserve">Inter-element rules: </w:t>
      </w:r>
      <w:r>
        <w:t>[Role] sets the difficulty level. [Output] must specify a concrete format (not just "explain it"). [Information] must include enough context that the AI doesn't have to guess your year group or exam board.</w:t>
      </w:r>
    </w:p>
    <w:p w14:paraId="5376016C" w14:textId="77777777" w:rsidR="006D6160" w:rsidRDefault="006D6160"/>
    <w:p w14:paraId="71215FF7" w14:textId="77777777" w:rsidR="006D6160" w:rsidRDefault="00000000">
      <w:r>
        <w:rPr>
          <w:b/>
          <w:color w:val="2D5A1B"/>
          <w:sz w:val="28"/>
        </w:rPr>
        <w:t>Copy-Paste Prompt</w:t>
      </w:r>
    </w:p>
    <w:tbl>
      <w:tblPr>
        <w:tblW w:w="0" w:type="auto"/>
        <w:jc w:val="center"/>
        <w:tblBorders>
          <w:top w:val="single" w:sz="4" w:space="0" w:color="C8D4C0"/>
          <w:left w:val="single" w:sz="4" w:space="0" w:color="C8D4C0"/>
          <w:bottom w:val="single" w:sz="4" w:space="0" w:color="C8D4C0"/>
          <w:right w:val="single" w:sz="4" w:space="0" w:color="C8D4C0"/>
        </w:tblBorders>
        <w:tblLook w:val="04A0" w:firstRow="1" w:lastRow="0" w:firstColumn="1" w:lastColumn="0" w:noHBand="0" w:noVBand="1"/>
      </w:tblPr>
      <w:tblGrid>
        <w:gridCol w:w="9396"/>
      </w:tblGrid>
      <w:tr w:rsidR="006D6160" w14:paraId="3D2A92EB" w14:textId="77777777">
        <w:trPr>
          <w:jc w:val="center"/>
        </w:trPr>
        <w:tc>
          <w:tcPr>
            <w:tcW w:w="9406" w:type="dxa"/>
            <w:shd w:val="clear" w:color="auto" w:fill="F0F4EC"/>
          </w:tcPr>
          <w:p w14:paraId="286B7314" w14:textId="77777777" w:rsidR="006D6160" w:rsidRDefault="00000000">
            <w:r>
              <w:rPr>
                <w:sz w:val="20"/>
              </w:rPr>
              <w:t>You are a patient &lt;&lt;subject&gt;&gt; tutor who explains things clearly for a &lt;&lt;year group&gt;&gt; student.</w:t>
            </w:r>
            <w:r>
              <w:rPr>
                <w:sz w:val="20"/>
              </w:rPr>
              <w:br/>
            </w:r>
            <w:r>
              <w:rPr>
                <w:sz w:val="20"/>
              </w:rPr>
              <w:br/>
              <w:t>Write a one-page revision summary of &lt;&lt;topic&gt;&gt; that covers the key concepts, includes the important vocabulary with brief definitions, and ends with three quick self-test questions.</w:t>
            </w:r>
            <w:r>
              <w:rPr>
                <w:sz w:val="20"/>
              </w:rPr>
              <w:br/>
            </w:r>
            <w:r>
              <w:rPr>
                <w:sz w:val="20"/>
              </w:rPr>
              <w:br/>
              <w:t>I'm studying &lt;&lt;exam board&gt;&gt; and I missed this topic in class. Keep the language straightforward and avoid assuming I already know the basics.</w:t>
            </w:r>
          </w:p>
        </w:tc>
      </w:tr>
    </w:tbl>
    <w:p w14:paraId="2553143E" w14:textId="77777777" w:rsidR="006D6160" w:rsidRDefault="006D6160"/>
    <w:p w14:paraId="7F3C6450" w14:textId="77777777" w:rsidR="006D6160" w:rsidRDefault="00000000">
      <w:r>
        <w:rPr>
          <w:b/>
          <w:color w:val="A0820D"/>
        </w:rPr>
        <w:t>Worked Example: Photosynthesis</w:t>
      </w:r>
    </w:p>
    <w:p w14:paraId="4AE15071" w14:textId="77777777" w:rsidR="006D6160" w:rsidRDefault="00000000">
      <w:r>
        <w:rPr>
          <w:b/>
        </w:rPr>
        <w:t xml:space="preserve">[Role]: </w:t>
      </w:r>
      <w:r>
        <w:t>You are a patient GCSE Biology tutor who explains things clearly for a Year 10 student.</w:t>
      </w:r>
    </w:p>
    <w:p w14:paraId="40D7D0CC" w14:textId="77777777" w:rsidR="006D6160" w:rsidRDefault="00000000">
      <w:r>
        <w:rPr>
          <w:b/>
        </w:rPr>
        <w:t xml:space="preserve">[Output]: </w:t>
      </w:r>
      <w:r>
        <w:t>Write a one-page revision summary of photosynthesis covering the light-dependent and light-independent reactions. Include key vocabulary with definitions and end with three self-test questions.</w:t>
      </w:r>
    </w:p>
    <w:p w14:paraId="32720278" w14:textId="77777777" w:rsidR="006D6160" w:rsidRDefault="00000000">
      <w:r>
        <w:rPr>
          <w:b/>
        </w:rPr>
        <w:t xml:space="preserve">[Information]: </w:t>
      </w:r>
      <w:r>
        <w:t>I'm studying AQA Biology and I missed the photosynthesis lessons. I have a test on Friday. Keep it simple and don't assume I know what chloroplasts do.</w:t>
      </w:r>
    </w:p>
    <w:p w14:paraId="5AD57FB2" w14:textId="77777777" w:rsidR="006D6160" w:rsidRDefault="006D6160"/>
    <w:p w14:paraId="4B90C227" w14:textId="77777777" w:rsidR="006D6160" w:rsidRDefault="006D6160"/>
    <w:p w14:paraId="0B7540FE" w14:textId="77777777" w:rsidR="006D6160" w:rsidRDefault="00000000">
      <w:r>
        <w:rPr>
          <w:b/>
          <w:color w:val="2D5A1B"/>
          <w:sz w:val="36"/>
        </w:rPr>
        <w:t>2. The Practice Quiz</w:t>
      </w:r>
    </w:p>
    <w:p w14:paraId="2C4AF630" w14:textId="77777777" w:rsidR="006D6160" w:rsidRDefault="00000000">
      <w:r>
        <w:rPr>
          <w:i/>
          <w:color w:val="A0820D"/>
        </w:rPr>
        <w:t>Role + Output + Information</w:t>
      </w:r>
    </w:p>
    <w:p w14:paraId="52D365D4" w14:textId="77777777" w:rsidR="006D6160" w:rsidRDefault="00000000">
      <w:r>
        <w:rPr>
          <w:b/>
        </w:rPr>
        <w:t xml:space="preserve">Best for: </w:t>
      </w:r>
      <w:r>
        <w:t>Self-testing, retrieval practice, exam preparation. Creates realistic questions that get harder as you go — much better than just re-reading your notes.</w:t>
      </w:r>
    </w:p>
    <w:p w14:paraId="12F6606B" w14:textId="77777777" w:rsidR="006D6160" w:rsidRDefault="006D6160"/>
    <w:p w14:paraId="10DD99A7" w14:textId="77777777" w:rsidR="006D6160" w:rsidRDefault="00000000">
      <w:r>
        <w:rPr>
          <w:b/>
          <w:color w:val="2D5A1B"/>
          <w:sz w:val="28"/>
        </w:rPr>
        <w:t>Schema</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132"/>
        <w:gridCol w:w="3132"/>
        <w:gridCol w:w="3132"/>
      </w:tblGrid>
      <w:tr w:rsidR="006D6160" w14:paraId="302A7913" w14:textId="77777777">
        <w:trPr>
          <w:jc w:val="center"/>
        </w:trPr>
        <w:tc>
          <w:tcPr>
            <w:tcW w:w="3135" w:type="dxa"/>
            <w:shd w:val="clear" w:color="auto" w:fill="2D5A1B"/>
          </w:tcPr>
          <w:p w14:paraId="205C58A9" w14:textId="77777777" w:rsidR="006D6160" w:rsidRDefault="00000000">
            <w:r>
              <w:rPr>
                <w:b/>
                <w:color w:val="FFFFFF"/>
                <w:sz w:val="20"/>
              </w:rPr>
              <w:t>Element</w:t>
            </w:r>
          </w:p>
        </w:tc>
        <w:tc>
          <w:tcPr>
            <w:tcW w:w="3135" w:type="dxa"/>
            <w:shd w:val="clear" w:color="auto" w:fill="2D5A1B"/>
          </w:tcPr>
          <w:p w14:paraId="11C21FB1" w14:textId="77777777" w:rsidR="006D6160" w:rsidRDefault="00000000">
            <w:r>
              <w:rPr>
                <w:b/>
                <w:color w:val="FFFFFF"/>
                <w:sz w:val="20"/>
              </w:rPr>
              <w:t>What It Does</w:t>
            </w:r>
          </w:p>
        </w:tc>
        <w:tc>
          <w:tcPr>
            <w:tcW w:w="3135" w:type="dxa"/>
            <w:shd w:val="clear" w:color="auto" w:fill="2D5A1B"/>
          </w:tcPr>
          <w:p w14:paraId="5F468A0A" w14:textId="77777777" w:rsidR="006D6160" w:rsidRDefault="00000000">
            <w:r>
              <w:rPr>
                <w:b/>
                <w:color w:val="FFFFFF"/>
                <w:sz w:val="20"/>
              </w:rPr>
              <w:t>Example</w:t>
            </w:r>
          </w:p>
        </w:tc>
      </w:tr>
      <w:tr w:rsidR="006D6160" w14:paraId="3A35DFAD" w14:textId="77777777">
        <w:trPr>
          <w:jc w:val="center"/>
        </w:trPr>
        <w:tc>
          <w:tcPr>
            <w:tcW w:w="3135" w:type="dxa"/>
          </w:tcPr>
          <w:p w14:paraId="6873A6C4" w14:textId="77777777" w:rsidR="006D6160" w:rsidRDefault="00000000">
            <w:r>
              <w:rPr>
                <w:b/>
                <w:sz w:val="20"/>
              </w:rPr>
              <w:t>[Role]</w:t>
            </w:r>
          </w:p>
        </w:tc>
        <w:tc>
          <w:tcPr>
            <w:tcW w:w="3135" w:type="dxa"/>
          </w:tcPr>
          <w:p w14:paraId="37D19761" w14:textId="77777777" w:rsidR="006D6160" w:rsidRDefault="00000000">
            <w:r>
              <w:rPr>
                <w:sz w:val="20"/>
              </w:rPr>
              <w:t>An exam coach who writes realistic, progressively harder questions</w:t>
            </w:r>
          </w:p>
        </w:tc>
        <w:tc>
          <w:tcPr>
            <w:tcW w:w="3135" w:type="dxa"/>
          </w:tcPr>
          <w:p w14:paraId="7EA92679" w14:textId="77777777" w:rsidR="006D6160" w:rsidRDefault="00000000">
            <w:r>
              <w:rPr>
                <w:sz w:val="20"/>
              </w:rPr>
              <w:t>"You are a strict but fair AQA exam coach"</w:t>
            </w:r>
          </w:p>
        </w:tc>
      </w:tr>
      <w:tr w:rsidR="006D6160" w14:paraId="1CB11A32" w14:textId="77777777">
        <w:trPr>
          <w:jc w:val="center"/>
        </w:trPr>
        <w:tc>
          <w:tcPr>
            <w:tcW w:w="3135" w:type="dxa"/>
          </w:tcPr>
          <w:p w14:paraId="3FD2C318" w14:textId="77777777" w:rsidR="006D6160" w:rsidRDefault="00000000">
            <w:r>
              <w:rPr>
                <w:b/>
                <w:sz w:val="20"/>
              </w:rPr>
              <w:t>[Output]</w:t>
            </w:r>
          </w:p>
        </w:tc>
        <w:tc>
          <w:tcPr>
            <w:tcW w:w="3135" w:type="dxa"/>
          </w:tcPr>
          <w:p w14:paraId="139341FE" w14:textId="77777777" w:rsidR="006D6160" w:rsidRDefault="00000000">
            <w:r>
              <w:rPr>
                <w:sz w:val="20"/>
              </w:rPr>
              <w:t>A quiz with question types, difficulty curve, and answer key</w:t>
            </w:r>
          </w:p>
        </w:tc>
        <w:tc>
          <w:tcPr>
            <w:tcW w:w="3135" w:type="dxa"/>
          </w:tcPr>
          <w:p w14:paraId="135771B0" w14:textId="77777777" w:rsidR="006D6160" w:rsidRDefault="00000000">
            <w:r>
              <w:rPr>
                <w:sz w:val="20"/>
              </w:rPr>
              <w:t>"Create a 10-question quiz mixing recall and analysis"</w:t>
            </w:r>
          </w:p>
        </w:tc>
      </w:tr>
      <w:tr w:rsidR="006D6160" w14:paraId="5D14979C" w14:textId="77777777">
        <w:trPr>
          <w:jc w:val="center"/>
        </w:trPr>
        <w:tc>
          <w:tcPr>
            <w:tcW w:w="3135" w:type="dxa"/>
          </w:tcPr>
          <w:p w14:paraId="5146BEEA" w14:textId="77777777" w:rsidR="006D6160" w:rsidRDefault="00000000">
            <w:r>
              <w:rPr>
                <w:b/>
                <w:sz w:val="20"/>
              </w:rPr>
              <w:t>[Information]</w:t>
            </w:r>
          </w:p>
        </w:tc>
        <w:tc>
          <w:tcPr>
            <w:tcW w:w="3135" w:type="dxa"/>
          </w:tcPr>
          <w:p w14:paraId="2216ED2D" w14:textId="77777777" w:rsidR="006D6160" w:rsidRDefault="00000000">
            <w:r>
              <w:rPr>
                <w:sz w:val="20"/>
              </w:rPr>
              <w:t>Text, act/chapter, themes to focus on, target grade</w:t>
            </w:r>
          </w:p>
        </w:tc>
        <w:tc>
          <w:tcPr>
            <w:tcW w:w="3135" w:type="dxa"/>
          </w:tcPr>
          <w:p w14:paraId="6495ACD7" w14:textId="77777777" w:rsidR="006D6160" w:rsidRDefault="00000000">
            <w:r>
              <w:rPr>
                <w:sz w:val="20"/>
              </w:rPr>
              <w:t>"Romeo and Juliet Act 3. Themes: conflict, fate. Grade 7."</w:t>
            </w:r>
          </w:p>
        </w:tc>
      </w:tr>
    </w:tbl>
    <w:p w14:paraId="7A091DE6" w14:textId="77777777" w:rsidR="006D6160" w:rsidRDefault="006D6160"/>
    <w:p w14:paraId="4ACD05C7" w14:textId="77777777" w:rsidR="006D6160" w:rsidRDefault="00000000">
      <w:r>
        <w:rPr>
          <w:b/>
        </w:rPr>
        <w:t xml:space="preserve">Inter-element rules: </w:t>
      </w:r>
      <w:r>
        <w:t>[Output] must specify the number of questions and the mix of types (recall, short-answer, analysis). [Information] must include the specific text or topic and the target grade so the AI pitches the difficulty correctly.</w:t>
      </w:r>
    </w:p>
    <w:p w14:paraId="36637BA2" w14:textId="77777777" w:rsidR="006D6160" w:rsidRDefault="006D6160"/>
    <w:p w14:paraId="218AD59D" w14:textId="77777777" w:rsidR="006D6160" w:rsidRDefault="00000000">
      <w:r>
        <w:rPr>
          <w:b/>
          <w:color w:val="2D5A1B"/>
          <w:sz w:val="28"/>
        </w:rPr>
        <w:t>Copy-Paste Prompt</w:t>
      </w:r>
    </w:p>
    <w:tbl>
      <w:tblPr>
        <w:tblW w:w="0" w:type="auto"/>
        <w:jc w:val="center"/>
        <w:tblBorders>
          <w:top w:val="single" w:sz="4" w:space="0" w:color="C8D4C0"/>
          <w:left w:val="single" w:sz="4" w:space="0" w:color="C8D4C0"/>
          <w:bottom w:val="single" w:sz="4" w:space="0" w:color="C8D4C0"/>
          <w:right w:val="single" w:sz="4" w:space="0" w:color="C8D4C0"/>
        </w:tblBorders>
        <w:tblLook w:val="04A0" w:firstRow="1" w:lastRow="0" w:firstColumn="1" w:lastColumn="0" w:noHBand="0" w:noVBand="1"/>
      </w:tblPr>
      <w:tblGrid>
        <w:gridCol w:w="9396"/>
      </w:tblGrid>
      <w:tr w:rsidR="006D6160" w14:paraId="18F0F936" w14:textId="77777777">
        <w:trPr>
          <w:jc w:val="center"/>
        </w:trPr>
        <w:tc>
          <w:tcPr>
            <w:tcW w:w="9406" w:type="dxa"/>
            <w:shd w:val="clear" w:color="auto" w:fill="F0F4EC"/>
          </w:tcPr>
          <w:p w14:paraId="6631A0C1" w14:textId="77777777" w:rsidR="006D6160" w:rsidRDefault="00000000">
            <w:r>
              <w:rPr>
                <w:sz w:val="20"/>
              </w:rPr>
              <w:t>You are a strict but fair exam coach who writes realistic &lt;&lt;exam board&gt;&gt;-style questions.</w:t>
            </w:r>
            <w:r>
              <w:rPr>
                <w:sz w:val="20"/>
              </w:rPr>
              <w:br/>
            </w:r>
            <w:r>
              <w:rPr>
                <w:sz w:val="20"/>
              </w:rPr>
              <w:br/>
              <w:t>Create a 10-question quiz on &lt;&lt;text/topic&gt;&gt; mixing short-answer and analysis questions. Start with recall and build to evaluation. Include an answer key at the end with mark allocations.</w:t>
            </w:r>
            <w:r>
              <w:rPr>
                <w:sz w:val="20"/>
              </w:rPr>
              <w:br/>
            </w:r>
            <w:r>
              <w:rPr>
                <w:sz w:val="20"/>
              </w:rPr>
              <w:br/>
              <w:t>I'm in &lt;&lt;year group&gt;&gt; aiming for Grade &lt;&lt;grade&gt;&gt;. Focus on the themes of &lt;&lt;themes&gt;&gt;. Make the last two questions genuinely challenging.</w:t>
            </w:r>
          </w:p>
        </w:tc>
      </w:tr>
    </w:tbl>
    <w:p w14:paraId="6F955213" w14:textId="77777777" w:rsidR="006D6160" w:rsidRDefault="006D6160"/>
    <w:p w14:paraId="4E7A8B5A" w14:textId="77777777" w:rsidR="006D6160" w:rsidRDefault="00000000">
      <w:r>
        <w:rPr>
          <w:b/>
          <w:color w:val="A0820D"/>
        </w:rPr>
        <w:t>Worked Example: Romeo and Juliet Act 3</w:t>
      </w:r>
    </w:p>
    <w:p w14:paraId="4E40DDA0" w14:textId="77777777" w:rsidR="006D6160" w:rsidRDefault="00000000">
      <w:r>
        <w:rPr>
          <w:b/>
        </w:rPr>
        <w:t xml:space="preserve">[Role]: </w:t>
      </w:r>
      <w:r>
        <w:t>You are a strict but fair exam coach who writes realistic AQA English Literature questions.</w:t>
      </w:r>
    </w:p>
    <w:p w14:paraId="29832C7A" w14:textId="77777777" w:rsidR="006D6160" w:rsidRDefault="00000000">
      <w:r>
        <w:rPr>
          <w:b/>
        </w:rPr>
        <w:lastRenderedPageBreak/>
        <w:t xml:space="preserve">[Output]: </w:t>
      </w:r>
      <w:r>
        <w:t>Create a 10-question quiz on Romeo and Juliet Act 3, mixing short-answer and quote-analysis questions. Start with simple recall and build to evaluation. Include an answer key with mark allocations.</w:t>
      </w:r>
    </w:p>
    <w:p w14:paraId="284E06A2" w14:textId="77777777" w:rsidR="006D6160" w:rsidRDefault="00000000">
      <w:r>
        <w:rPr>
          <w:b/>
        </w:rPr>
        <w:t xml:space="preserve">[Information]: </w:t>
      </w:r>
      <w:r>
        <w:t>I'm in Year 11 aiming for Grade 7. Focus on themes of conflict and fate. Make the last two questions the kind that would appear on a real GCSE paper.</w:t>
      </w:r>
    </w:p>
    <w:p w14:paraId="5461452C" w14:textId="77777777" w:rsidR="006D6160" w:rsidRDefault="006D6160"/>
    <w:p w14:paraId="32A79E66" w14:textId="77777777" w:rsidR="006D6160" w:rsidRDefault="006D6160"/>
    <w:p w14:paraId="63747ABB" w14:textId="77777777" w:rsidR="006D6160" w:rsidRDefault="00000000">
      <w:r>
        <w:rPr>
          <w:b/>
          <w:color w:val="2D5A1B"/>
          <w:sz w:val="36"/>
        </w:rPr>
        <w:t>3. The Essay Coach</w:t>
      </w:r>
    </w:p>
    <w:p w14:paraId="0695434F" w14:textId="77777777" w:rsidR="006D6160" w:rsidRDefault="00000000">
      <w:r>
        <w:rPr>
          <w:i/>
          <w:color w:val="A0820D"/>
        </w:rPr>
        <w:t>Role + Output + Information</w:t>
      </w:r>
    </w:p>
    <w:p w14:paraId="2743EC57" w14:textId="77777777" w:rsidR="006D6160" w:rsidRDefault="00000000">
      <w:r>
        <w:rPr>
          <w:b/>
        </w:rPr>
        <w:t xml:space="preserve">Best for: </w:t>
      </w:r>
      <w:r>
        <w:t>Getting feedback on draft essays before handing them in. Identifies strengths, weaknesses, and shows you what improvement looks like — without writing the essay for you.</w:t>
      </w:r>
    </w:p>
    <w:p w14:paraId="73CE99BF" w14:textId="77777777" w:rsidR="006D6160" w:rsidRDefault="006D6160"/>
    <w:p w14:paraId="57ED33EA" w14:textId="77777777" w:rsidR="006D6160" w:rsidRDefault="00000000">
      <w:r>
        <w:rPr>
          <w:b/>
          <w:color w:val="2D5A1B"/>
          <w:sz w:val="28"/>
        </w:rPr>
        <w:t>Schema</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132"/>
        <w:gridCol w:w="3132"/>
        <w:gridCol w:w="3132"/>
      </w:tblGrid>
      <w:tr w:rsidR="006D6160" w14:paraId="2A760D10" w14:textId="77777777">
        <w:trPr>
          <w:jc w:val="center"/>
        </w:trPr>
        <w:tc>
          <w:tcPr>
            <w:tcW w:w="3135" w:type="dxa"/>
            <w:shd w:val="clear" w:color="auto" w:fill="2D5A1B"/>
          </w:tcPr>
          <w:p w14:paraId="41ED77D7" w14:textId="77777777" w:rsidR="006D6160" w:rsidRDefault="00000000">
            <w:r>
              <w:rPr>
                <w:b/>
                <w:color w:val="FFFFFF"/>
                <w:sz w:val="20"/>
              </w:rPr>
              <w:t>Element</w:t>
            </w:r>
          </w:p>
        </w:tc>
        <w:tc>
          <w:tcPr>
            <w:tcW w:w="3135" w:type="dxa"/>
            <w:shd w:val="clear" w:color="auto" w:fill="2D5A1B"/>
          </w:tcPr>
          <w:p w14:paraId="4E1B5928" w14:textId="77777777" w:rsidR="006D6160" w:rsidRDefault="00000000">
            <w:r>
              <w:rPr>
                <w:b/>
                <w:color w:val="FFFFFF"/>
                <w:sz w:val="20"/>
              </w:rPr>
              <w:t>What It Does</w:t>
            </w:r>
          </w:p>
        </w:tc>
        <w:tc>
          <w:tcPr>
            <w:tcW w:w="3135" w:type="dxa"/>
            <w:shd w:val="clear" w:color="auto" w:fill="2D5A1B"/>
          </w:tcPr>
          <w:p w14:paraId="0A383C82" w14:textId="77777777" w:rsidR="006D6160" w:rsidRDefault="00000000">
            <w:r>
              <w:rPr>
                <w:b/>
                <w:color w:val="FFFFFF"/>
                <w:sz w:val="20"/>
              </w:rPr>
              <w:t>Example</w:t>
            </w:r>
          </w:p>
        </w:tc>
      </w:tr>
      <w:tr w:rsidR="006D6160" w14:paraId="2AF2850E" w14:textId="77777777">
        <w:trPr>
          <w:jc w:val="center"/>
        </w:trPr>
        <w:tc>
          <w:tcPr>
            <w:tcW w:w="3135" w:type="dxa"/>
          </w:tcPr>
          <w:p w14:paraId="0DDFDD62" w14:textId="77777777" w:rsidR="006D6160" w:rsidRDefault="00000000">
            <w:r>
              <w:rPr>
                <w:b/>
                <w:sz w:val="20"/>
              </w:rPr>
              <w:t>[Role]</w:t>
            </w:r>
          </w:p>
        </w:tc>
        <w:tc>
          <w:tcPr>
            <w:tcW w:w="3135" w:type="dxa"/>
          </w:tcPr>
          <w:p w14:paraId="603C9F6A" w14:textId="77777777" w:rsidR="006D6160" w:rsidRDefault="00000000">
            <w:r>
              <w:rPr>
                <w:sz w:val="20"/>
              </w:rPr>
              <w:t>A supportive teacher who gives specific, actionable feedback</w:t>
            </w:r>
          </w:p>
        </w:tc>
        <w:tc>
          <w:tcPr>
            <w:tcW w:w="3135" w:type="dxa"/>
          </w:tcPr>
          <w:p w14:paraId="10BC82CC" w14:textId="77777777" w:rsidR="006D6160" w:rsidRDefault="00000000">
            <w:r>
              <w:rPr>
                <w:sz w:val="20"/>
              </w:rPr>
              <w:t>"You are a supportive English teacher"</w:t>
            </w:r>
          </w:p>
        </w:tc>
      </w:tr>
      <w:tr w:rsidR="006D6160" w14:paraId="73413C18" w14:textId="77777777">
        <w:trPr>
          <w:jc w:val="center"/>
        </w:trPr>
        <w:tc>
          <w:tcPr>
            <w:tcW w:w="3135" w:type="dxa"/>
          </w:tcPr>
          <w:p w14:paraId="34E745B9" w14:textId="77777777" w:rsidR="006D6160" w:rsidRDefault="00000000">
            <w:r>
              <w:rPr>
                <w:b/>
                <w:sz w:val="20"/>
              </w:rPr>
              <w:t>[Output]</w:t>
            </w:r>
          </w:p>
        </w:tc>
        <w:tc>
          <w:tcPr>
            <w:tcW w:w="3135" w:type="dxa"/>
          </w:tcPr>
          <w:p w14:paraId="276AA9AB" w14:textId="77777777" w:rsidR="006D6160" w:rsidRDefault="00000000">
            <w:r>
              <w:rPr>
                <w:sz w:val="20"/>
              </w:rPr>
              <w:t>Structured feedback: strengths, improvements, and a rewritten paragraph</w:t>
            </w:r>
          </w:p>
        </w:tc>
        <w:tc>
          <w:tcPr>
            <w:tcW w:w="3135" w:type="dxa"/>
          </w:tcPr>
          <w:p w14:paraId="41FBC855" w14:textId="77777777" w:rsidR="006D6160" w:rsidRDefault="00000000">
            <w:r>
              <w:rPr>
                <w:sz w:val="20"/>
              </w:rPr>
              <w:t>"Give 3 strengths, 3 improvements, rewrite my weakest paragraph"</w:t>
            </w:r>
          </w:p>
        </w:tc>
      </w:tr>
      <w:tr w:rsidR="006D6160" w14:paraId="721D82E4" w14:textId="77777777">
        <w:trPr>
          <w:jc w:val="center"/>
        </w:trPr>
        <w:tc>
          <w:tcPr>
            <w:tcW w:w="3135" w:type="dxa"/>
          </w:tcPr>
          <w:p w14:paraId="28AB4F0B" w14:textId="77777777" w:rsidR="006D6160" w:rsidRDefault="00000000">
            <w:r>
              <w:rPr>
                <w:b/>
                <w:sz w:val="20"/>
              </w:rPr>
              <w:t>[Information]</w:t>
            </w:r>
          </w:p>
        </w:tc>
        <w:tc>
          <w:tcPr>
            <w:tcW w:w="3135" w:type="dxa"/>
          </w:tcPr>
          <w:p w14:paraId="4F04293E" w14:textId="77777777" w:rsidR="006D6160" w:rsidRDefault="00000000">
            <w:r>
              <w:rPr>
                <w:sz w:val="20"/>
              </w:rPr>
              <w:t>Subject, task, target grade, specific struggle</w:t>
            </w:r>
          </w:p>
        </w:tc>
        <w:tc>
          <w:tcPr>
            <w:tcW w:w="3135" w:type="dxa"/>
          </w:tcPr>
          <w:p w14:paraId="6DAF1DF7" w14:textId="77777777" w:rsidR="006D6160" w:rsidRDefault="00000000">
            <w:r>
              <w:rPr>
                <w:sz w:val="20"/>
              </w:rPr>
              <w:t>"Year 11 Ozymandias essay. Grade 7. I struggle with quotations."</w:t>
            </w:r>
          </w:p>
        </w:tc>
      </w:tr>
    </w:tbl>
    <w:p w14:paraId="71334FE6" w14:textId="77777777" w:rsidR="006D6160" w:rsidRDefault="006D6160"/>
    <w:p w14:paraId="588D1A1F" w14:textId="77777777" w:rsidR="006D6160" w:rsidRDefault="00000000">
      <w:r>
        <w:rPr>
          <w:b/>
        </w:rPr>
        <w:t xml:space="preserve">Inter-element rules: </w:t>
      </w:r>
      <w:r>
        <w:t>[Information] must include the specific skill you find hard. [Output] must ask for a rewritten example so you can see what improvement looks like, not just be told what's wrong.</w:t>
      </w:r>
    </w:p>
    <w:p w14:paraId="383002EF" w14:textId="77777777" w:rsidR="006D6160" w:rsidRDefault="006D6160"/>
    <w:p w14:paraId="24ED6557" w14:textId="77777777" w:rsidR="006D6160" w:rsidRDefault="00000000">
      <w:r>
        <w:rPr>
          <w:b/>
          <w:color w:val="2D5A1B"/>
          <w:sz w:val="28"/>
        </w:rPr>
        <w:t>Copy-Paste Prompt</w:t>
      </w:r>
    </w:p>
    <w:tbl>
      <w:tblPr>
        <w:tblW w:w="0" w:type="auto"/>
        <w:jc w:val="center"/>
        <w:tblBorders>
          <w:top w:val="single" w:sz="4" w:space="0" w:color="C8D4C0"/>
          <w:left w:val="single" w:sz="4" w:space="0" w:color="C8D4C0"/>
          <w:bottom w:val="single" w:sz="4" w:space="0" w:color="C8D4C0"/>
          <w:right w:val="single" w:sz="4" w:space="0" w:color="C8D4C0"/>
        </w:tblBorders>
        <w:tblLook w:val="04A0" w:firstRow="1" w:lastRow="0" w:firstColumn="1" w:lastColumn="0" w:noHBand="0" w:noVBand="1"/>
      </w:tblPr>
      <w:tblGrid>
        <w:gridCol w:w="9396"/>
      </w:tblGrid>
      <w:tr w:rsidR="006D6160" w14:paraId="64D9D15D" w14:textId="77777777">
        <w:trPr>
          <w:jc w:val="center"/>
        </w:trPr>
        <w:tc>
          <w:tcPr>
            <w:tcW w:w="9406" w:type="dxa"/>
            <w:shd w:val="clear" w:color="auto" w:fill="F0F4EC"/>
          </w:tcPr>
          <w:p w14:paraId="42557E44" w14:textId="77777777" w:rsidR="006D6160" w:rsidRDefault="00000000">
            <w:r>
              <w:rPr>
                <w:sz w:val="20"/>
              </w:rPr>
              <w:t>You are a supportive &lt;&lt;subject&gt;&gt; teacher who gives specific, actionable feedback.</w:t>
            </w:r>
            <w:r>
              <w:rPr>
                <w:sz w:val="20"/>
              </w:rPr>
              <w:br/>
            </w:r>
            <w:r>
              <w:rPr>
                <w:sz w:val="20"/>
              </w:rPr>
              <w:br/>
              <w:t>Read my essay and give me 3 strengths and 3 areas to improve, with examples from my text. Then rewrite my weakest paragraph to show me what a stronger version looks like.</w:t>
            </w:r>
            <w:r>
              <w:rPr>
                <w:sz w:val="20"/>
              </w:rPr>
              <w:br/>
            </w:r>
            <w:r>
              <w:rPr>
                <w:sz w:val="20"/>
              </w:rPr>
              <w:br/>
              <w:t xml:space="preserve">This is a &lt;&lt;year group&gt;&gt; practice essay on &lt;&lt;topic/text&gt;&gt;. I'm aiming for Grade &lt;&lt;grade&gt;&gt;. I </w:t>
            </w:r>
            <w:r>
              <w:rPr>
                <w:sz w:val="20"/>
              </w:rPr>
              <w:lastRenderedPageBreak/>
              <w:t>particularly struggle with &lt;&lt;specific skill&gt;&gt;.</w:t>
            </w:r>
            <w:r>
              <w:rPr>
                <w:sz w:val="20"/>
              </w:rPr>
              <w:br/>
            </w:r>
            <w:r>
              <w:rPr>
                <w:sz w:val="20"/>
              </w:rPr>
              <w:br/>
              <w:t>[Paste your essay below this line]</w:t>
            </w:r>
          </w:p>
        </w:tc>
      </w:tr>
    </w:tbl>
    <w:p w14:paraId="1341D4C0" w14:textId="77777777" w:rsidR="006D6160" w:rsidRDefault="006D6160"/>
    <w:p w14:paraId="5F8B75CE" w14:textId="77777777" w:rsidR="006D6160" w:rsidRDefault="00000000">
      <w:r>
        <w:rPr>
          <w:b/>
          <w:color w:val="A0820D"/>
        </w:rPr>
        <w:t>Worked Example: Power in Ozymandias</w:t>
      </w:r>
    </w:p>
    <w:p w14:paraId="0433588D" w14:textId="77777777" w:rsidR="006D6160" w:rsidRDefault="00000000">
      <w:r>
        <w:rPr>
          <w:b/>
        </w:rPr>
        <w:t xml:space="preserve">[Role]: </w:t>
      </w:r>
      <w:r>
        <w:t>You are a supportive English teacher who gives specific, actionable feedback.</w:t>
      </w:r>
    </w:p>
    <w:p w14:paraId="40D8BE3D" w14:textId="77777777" w:rsidR="006D6160" w:rsidRDefault="00000000">
      <w:r>
        <w:rPr>
          <w:b/>
        </w:rPr>
        <w:t xml:space="preserve">[Output]: </w:t>
      </w:r>
      <w:r>
        <w:t>Read my essay and give me 3 strengths and 3 areas to improve, with direct examples from my text. Then rewrite my weakest paragraph to show me what Grade 7 looks like.</w:t>
      </w:r>
    </w:p>
    <w:p w14:paraId="5606F9A8" w14:textId="77777777" w:rsidR="006D6160" w:rsidRDefault="00000000">
      <w:r>
        <w:rPr>
          <w:b/>
        </w:rPr>
        <w:t xml:space="preserve">[Information]: </w:t>
      </w:r>
      <w:r>
        <w:t>This is a Year 11 practice essay on how Shelley presents power in Ozymandias. I'm aiming for Grade 7. I struggle with embedding quotations smoothly — they always feel bolted on.</w:t>
      </w:r>
    </w:p>
    <w:p w14:paraId="64A49784" w14:textId="77777777" w:rsidR="006D6160" w:rsidRDefault="006D6160"/>
    <w:p w14:paraId="19559BF7" w14:textId="77777777" w:rsidR="006D6160" w:rsidRDefault="006D6160"/>
    <w:p w14:paraId="044D139F" w14:textId="77777777" w:rsidR="006D6160" w:rsidRDefault="00000000">
      <w:r>
        <w:rPr>
          <w:b/>
          <w:color w:val="2D5A1B"/>
          <w:sz w:val="36"/>
        </w:rPr>
        <w:t>4. The Alternative Explanation</w:t>
      </w:r>
    </w:p>
    <w:p w14:paraId="1BF679C7" w14:textId="77777777" w:rsidR="006D6160" w:rsidRDefault="00000000">
      <w:r>
        <w:rPr>
          <w:i/>
          <w:color w:val="A0820D"/>
        </w:rPr>
        <w:t>Role + Output + Information</w:t>
      </w:r>
    </w:p>
    <w:p w14:paraId="59AA97EA" w14:textId="77777777" w:rsidR="006D6160" w:rsidRDefault="00000000">
      <w:r>
        <w:rPr>
          <w:b/>
        </w:rPr>
        <w:t xml:space="preserve">Best for: </w:t>
      </w:r>
      <w:r>
        <w:t>When the textbook explanation doesn't click. Gets the AI to explain a concept using real-world analogies and worked examples — a second teacher who explains it a different way.</w:t>
      </w:r>
    </w:p>
    <w:p w14:paraId="0092D6EF" w14:textId="77777777" w:rsidR="006D6160" w:rsidRDefault="006D6160"/>
    <w:p w14:paraId="1C4C4A05" w14:textId="77777777" w:rsidR="006D6160" w:rsidRDefault="00000000">
      <w:r>
        <w:rPr>
          <w:b/>
          <w:color w:val="2D5A1B"/>
          <w:sz w:val="28"/>
        </w:rPr>
        <w:t>Schema</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132"/>
        <w:gridCol w:w="3132"/>
        <w:gridCol w:w="3132"/>
      </w:tblGrid>
      <w:tr w:rsidR="006D6160" w14:paraId="5B511FD9" w14:textId="77777777">
        <w:trPr>
          <w:jc w:val="center"/>
        </w:trPr>
        <w:tc>
          <w:tcPr>
            <w:tcW w:w="3135" w:type="dxa"/>
            <w:shd w:val="clear" w:color="auto" w:fill="2D5A1B"/>
          </w:tcPr>
          <w:p w14:paraId="35C06853" w14:textId="77777777" w:rsidR="006D6160" w:rsidRDefault="00000000">
            <w:r>
              <w:rPr>
                <w:b/>
                <w:color w:val="FFFFFF"/>
                <w:sz w:val="20"/>
              </w:rPr>
              <w:t>Element</w:t>
            </w:r>
          </w:p>
        </w:tc>
        <w:tc>
          <w:tcPr>
            <w:tcW w:w="3135" w:type="dxa"/>
            <w:shd w:val="clear" w:color="auto" w:fill="2D5A1B"/>
          </w:tcPr>
          <w:p w14:paraId="316F1A92" w14:textId="77777777" w:rsidR="006D6160" w:rsidRDefault="00000000">
            <w:r>
              <w:rPr>
                <w:b/>
                <w:color w:val="FFFFFF"/>
                <w:sz w:val="20"/>
              </w:rPr>
              <w:t>What It Does</w:t>
            </w:r>
          </w:p>
        </w:tc>
        <w:tc>
          <w:tcPr>
            <w:tcW w:w="3135" w:type="dxa"/>
            <w:shd w:val="clear" w:color="auto" w:fill="2D5A1B"/>
          </w:tcPr>
          <w:p w14:paraId="0E5B301A" w14:textId="77777777" w:rsidR="006D6160" w:rsidRDefault="00000000">
            <w:r>
              <w:rPr>
                <w:b/>
                <w:color w:val="FFFFFF"/>
                <w:sz w:val="20"/>
              </w:rPr>
              <w:t>Example</w:t>
            </w:r>
          </w:p>
        </w:tc>
      </w:tr>
      <w:tr w:rsidR="006D6160" w14:paraId="67D4FA6E" w14:textId="77777777">
        <w:trPr>
          <w:jc w:val="center"/>
        </w:trPr>
        <w:tc>
          <w:tcPr>
            <w:tcW w:w="3135" w:type="dxa"/>
          </w:tcPr>
          <w:p w14:paraId="523FAFD5" w14:textId="77777777" w:rsidR="006D6160" w:rsidRDefault="00000000">
            <w:r>
              <w:rPr>
                <w:b/>
                <w:sz w:val="20"/>
              </w:rPr>
              <w:t>[Role]</w:t>
            </w:r>
          </w:p>
        </w:tc>
        <w:tc>
          <w:tcPr>
            <w:tcW w:w="3135" w:type="dxa"/>
          </w:tcPr>
          <w:p w14:paraId="70495CB6" w14:textId="77777777" w:rsidR="006D6160" w:rsidRDefault="00000000">
            <w:r>
              <w:rPr>
                <w:sz w:val="20"/>
              </w:rPr>
              <w:t>A tutor who uses analogies and avoids textbook jargon</w:t>
            </w:r>
          </w:p>
        </w:tc>
        <w:tc>
          <w:tcPr>
            <w:tcW w:w="3135" w:type="dxa"/>
          </w:tcPr>
          <w:p w14:paraId="4976A641" w14:textId="77777777" w:rsidR="006D6160" w:rsidRDefault="00000000">
            <w:r>
              <w:rPr>
                <w:sz w:val="20"/>
              </w:rPr>
              <w:t>"You are a Maths tutor who uses real-world examples"</w:t>
            </w:r>
          </w:p>
        </w:tc>
      </w:tr>
      <w:tr w:rsidR="006D6160" w14:paraId="15E3BD98" w14:textId="77777777">
        <w:trPr>
          <w:jc w:val="center"/>
        </w:trPr>
        <w:tc>
          <w:tcPr>
            <w:tcW w:w="3135" w:type="dxa"/>
          </w:tcPr>
          <w:p w14:paraId="70984099" w14:textId="77777777" w:rsidR="006D6160" w:rsidRDefault="00000000">
            <w:r>
              <w:rPr>
                <w:b/>
                <w:sz w:val="20"/>
              </w:rPr>
              <w:t>[Output]</w:t>
            </w:r>
          </w:p>
        </w:tc>
        <w:tc>
          <w:tcPr>
            <w:tcW w:w="3135" w:type="dxa"/>
          </w:tcPr>
          <w:p w14:paraId="1BF32A57" w14:textId="77777777" w:rsidR="006D6160" w:rsidRDefault="00000000">
            <w:r>
              <w:rPr>
                <w:sz w:val="20"/>
              </w:rPr>
              <w:t>An alternative explanation with a scenario, steps, and practice questions</w:t>
            </w:r>
          </w:p>
        </w:tc>
        <w:tc>
          <w:tcPr>
            <w:tcW w:w="3135" w:type="dxa"/>
          </w:tcPr>
          <w:p w14:paraId="5AAC0FB7" w14:textId="77777777" w:rsidR="006D6160" w:rsidRDefault="00000000">
            <w:r>
              <w:rPr>
                <w:sz w:val="20"/>
              </w:rPr>
              <w:t>"Explain using a shopping scenario, then give 3 practice questions"</w:t>
            </w:r>
          </w:p>
        </w:tc>
      </w:tr>
      <w:tr w:rsidR="006D6160" w14:paraId="1BDE8CAE" w14:textId="77777777">
        <w:trPr>
          <w:jc w:val="center"/>
        </w:trPr>
        <w:tc>
          <w:tcPr>
            <w:tcW w:w="3135" w:type="dxa"/>
          </w:tcPr>
          <w:p w14:paraId="5CED2916" w14:textId="77777777" w:rsidR="006D6160" w:rsidRDefault="00000000">
            <w:r>
              <w:rPr>
                <w:b/>
                <w:sz w:val="20"/>
              </w:rPr>
              <w:t>[Information]</w:t>
            </w:r>
          </w:p>
        </w:tc>
        <w:tc>
          <w:tcPr>
            <w:tcW w:w="3135" w:type="dxa"/>
          </w:tcPr>
          <w:p w14:paraId="114E2C07" w14:textId="77777777" w:rsidR="006D6160" w:rsidRDefault="00000000">
            <w:r>
              <w:rPr>
                <w:sz w:val="20"/>
              </w:rPr>
              <w:t>What you understand, what confuses you, how you learn best</w:t>
            </w:r>
          </w:p>
        </w:tc>
        <w:tc>
          <w:tcPr>
            <w:tcW w:w="3135" w:type="dxa"/>
          </w:tcPr>
          <w:p w14:paraId="7EFBC5C2" w14:textId="77777777" w:rsidR="006D6160" w:rsidRDefault="00000000">
            <w:r>
              <w:rPr>
                <w:sz w:val="20"/>
              </w:rPr>
              <w:t>"I get single equations but two unknowns confuse me. I'm visual."</w:t>
            </w:r>
          </w:p>
        </w:tc>
      </w:tr>
    </w:tbl>
    <w:p w14:paraId="43C7A396" w14:textId="77777777" w:rsidR="006D6160" w:rsidRDefault="006D6160"/>
    <w:p w14:paraId="5CDB8A0E" w14:textId="77777777" w:rsidR="006D6160" w:rsidRDefault="00000000">
      <w:r>
        <w:rPr>
          <w:b/>
        </w:rPr>
        <w:t xml:space="preserve">Inter-element rules: </w:t>
      </w:r>
      <w:r>
        <w:t>[Information] must say what you already understand — this stops the AI starting from scratch. [Role] must specify "avoids textbook language" or similar, otherwise the AI just rephrases the textbook.</w:t>
      </w:r>
    </w:p>
    <w:p w14:paraId="6D4C2FBF" w14:textId="77777777" w:rsidR="006D6160" w:rsidRDefault="006D6160"/>
    <w:p w14:paraId="1ED0AB79" w14:textId="77777777" w:rsidR="006D6160" w:rsidRDefault="00000000">
      <w:r>
        <w:rPr>
          <w:b/>
          <w:color w:val="2D5A1B"/>
          <w:sz w:val="28"/>
        </w:rPr>
        <w:lastRenderedPageBreak/>
        <w:t>Copy-Paste Prompt</w:t>
      </w:r>
    </w:p>
    <w:tbl>
      <w:tblPr>
        <w:tblW w:w="0" w:type="auto"/>
        <w:jc w:val="center"/>
        <w:tblBorders>
          <w:top w:val="single" w:sz="4" w:space="0" w:color="C8D4C0"/>
          <w:left w:val="single" w:sz="4" w:space="0" w:color="C8D4C0"/>
          <w:bottom w:val="single" w:sz="4" w:space="0" w:color="C8D4C0"/>
          <w:right w:val="single" w:sz="4" w:space="0" w:color="C8D4C0"/>
        </w:tblBorders>
        <w:tblLook w:val="04A0" w:firstRow="1" w:lastRow="0" w:firstColumn="1" w:lastColumn="0" w:noHBand="0" w:noVBand="1"/>
      </w:tblPr>
      <w:tblGrid>
        <w:gridCol w:w="9396"/>
      </w:tblGrid>
      <w:tr w:rsidR="006D6160" w14:paraId="6111F4D1" w14:textId="77777777">
        <w:trPr>
          <w:jc w:val="center"/>
        </w:trPr>
        <w:tc>
          <w:tcPr>
            <w:tcW w:w="9406" w:type="dxa"/>
            <w:shd w:val="clear" w:color="auto" w:fill="F0F4EC"/>
          </w:tcPr>
          <w:p w14:paraId="464F08D0" w14:textId="77777777" w:rsidR="006D6160" w:rsidRDefault="00000000">
            <w:r>
              <w:rPr>
                <w:sz w:val="20"/>
              </w:rPr>
              <w:t>You are a &lt;&lt;subject&gt;&gt; tutor who uses real-world analogies and avoids textbook language.</w:t>
            </w:r>
            <w:r>
              <w:rPr>
                <w:sz w:val="20"/>
              </w:rPr>
              <w:br/>
            </w:r>
            <w:r>
              <w:rPr>
                <w:sz w:val="20"/>
              </w:rPr>
              <w:br/>
              <w:t>Explain &lt;&lt;topic&gt;&gt; using a concrete, everyday scenario. Walk through it step-by-step, then give me 3 practice questions with full worked answers.</w:t>
            </w:r>
            <w:r>
              <w:rPr>
                <w:sz w:val="20"/>
              </w:rPr>
              <w:br/>
            </w:r>
            <w:r>
              <w:rPr>
                <w:sz w:val="20"/>
              </w:rPr>
              <w:br/>
              <w:t>I already understand &lt;&lt;what you know&gt;&gt; but I get confused by &lt;&lt;what confuses you&gt;&gt;. I'm a &lt;&lt;learning style&gt;&gt; learner and examples help more than rules.</w:t>
            </w:r>
          </w:p>
        </w:tc>
      </w:tr>
    </w:tbl>
    <w:p w14:paraId="08E9ED4A" w14:textId="77777777" w:rsidR="006D6160" w:rsidRDefault="006D6160"/>
    <w:p w14:paraId="1140F0EC" w14:textId="77777777" w:rsidR="006D6160" w:rsidRDefault="00000000">
      <w:r>
        <w:rPr>
          <w:b/>
          <w:color w:val="A0820D"/>
        </w:rPr>
        <w:t>Worked Example: Simultaneous Equations</w:t>
      </w:r>
    </w:p>
    <w:p w14:paraId="03675AB1" w14:textId="77777777" w:rsidR="006D6160" w:rsidRDefault="00000000">
      <w:r>
        <w:rPr>
          <w:b/>
        </w:rPr>
        <w:t xml:space="preserve">[Role]: </w:t>
      </w:r>
      <w:r>
        <w:t>You are a Maths tutor who uses real-world analogies and avoids textbook language.</w:t>
      </w:r>
    </w:p>
    <w:p w14:paraId="2F0EDA52" w14:textId="77777777" w:rsidR="006D6160" w:rsidRDefault="00000000">
      <w:r>
        <w:rPr>
          <w:b/>
        </w:rPr>
        <w:t xml:space="preserve">[Output]: </w:t>
      </w:r>
      <w:r>
        <w:t>Explain simultaneous equations using a real-life shopping scenario. Walk through the method step-by-step, then give me 3 practice questions with full worked answers.</w:t>
      </w:r>
    </w:p>
    <w:p w14:paraId="67DA4118" w14:textId="77777777" w:rsidR="006D6160" w:rsidRDefault="00000000">
      <w:r>
        <w:rPr>
          <w:b/>
        </w:rPr>
        <w:t xml:space="preserve">[Information]: </w:t>
      </w:r>
      <w:r>
        <w:t>I understand single equations fine but I get confused when there are two unknowns. I'm a visual learner and concrete examples help me more than abstract rules.</w:t>
      </w:r>
    </w:p>
    <w:p w14:paraId="3B003699" w14:textId="77777777" w:rsidR="006D6160" w:rsidRDefault="006D6160"/>
    <w:p w14:paraId="123B4F3F" w14:textId="77777777" w:rsidR="006D6160" w:rsidRDefault="006D6160"/>
    <w:p w14:paraId="085BD831" w14:textId="77777777" w:rsidR="006D6160" w:rsidRDefault="00000000">
      <w:r>
        <w:rPr>
          <w:b/>
          <w:color w:val="2D5A1B"/>
          <w:sz w:val="36"/>
        </w:rPr>
        <w:t>5. The Debate Preparer</w:t>
      </w:r>
    </w:p>
    <w:p w14:paraId="46817B09" w14:textId="77777777" w:rsidR="006D6160" w:rsidRDefault="00000000">
      <w:r>
        <w:rPr>
          <w:i/>
          <w:color w:val="A0820D"/>
        </w:rPr>
        <w:t>Role + Output + Information</w:t>
      </w:r>
    </w:p>
    <w:p w14:paraId="7059DAB0" w14:textId="77777777" w:rsidR="006D6160" w:rsidRDefault="00000000">
      <w:r>
        <w:rPr>
          <w:b/>
        </w:rPr>
        <w:t xml:space="preserve">Best for: </w:t>
      </w:r>
      <w:r>
        <w:t>Preparing for class discussions, debates, and discursive essays. Forces you to understand both sides of an argument before you open your mouth.</w:t>
      </w:r>
    </w:p>
    <w:p w14:paraId="42278AA6" w14:textId="77777777" w:rsidR="006D6160" w:rsidRDefault="006D6160"/>
    <w:p w14:paraId="01FECDC3" w14:textId="77777777" w:rsidR="006D6160" w:rsidRDefault="00000000">
      <w:r>
        <w:rPr>
          <w:b/>
          <w:color w:val="2D5A1B"/>
          <w:sz w:val="28"/>
        </w:rPr>
        <w:t>Schema</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132"/>
        <w:gridCol w:w="3132"/>
        <w:gridCol w:w="3132"/>
      </w:tblGrid>
      <w:tr w:rsidR="006D6160" w14:paraId="65E9DD5A" w14:textId="77777777">
        <w:trPr>
          <w:jc w:val="center"/>
        </w:trPr>
        <w:tc>
          <w:tcPr>
            <w:tcW w:w="3135" w:type="dxa"/>
            <w:shd w:val="clear" w:color="auto" w:fill="2D5A1B"/>
          </w:tcPr>
          <w:p w14:paraId="272861F2" w14:textId="77777777" w:rsidR="006D6160" w:rsidRDefault="00000000">
            <w:r>
              <w:rPr>
                <w:b/>
                <w:color w:val="FFFFFF"/>
                <w:sz w:val="20"/>
              </w:rPr>
              <w:t>Element</w:t>
            </w:r>
          </w:p>
        </w:tc>
        <w:tc>
          <w:tcPr>
            <w:tcW w:w="3135" w:type="dxa"/>
            <w:shd w:val="clear" w:color="auto" w:fill="2D5A1B"/>
          </w:tcPr>
          <w:p w14:paraId="53424BEB" w14:textId="77777777" w:rsidR="006D6160" w:rsidRDefault="00000000">
            <w:r>
              <w:rPr>
                <w:b/>
                <w:color w:val="FFFFFF"/>
                <w:sz w:val="20"/>
              </w:rPr>
              <w:t>What It Does</w:t>
            </w:r>
          </w:p>
        </w:tc>
        <w:tc>
          <w:tcPr>
            <w:tcW w:w="3135" w:type="dxa"/>
            <w:shd w:val="clear" w:color="auto" w:fill="2D5A1B"/>
          </w:tcPr>
          <w:p w14:paraId="31676065" w14:textId="77777777" w:rsidR="006D6160" w:rsidRDefault="00000000">
            <w:r>
              <w:rPr>
                <w:b/>
                <w:color w:val="FFFFFF"/>
                <w:sz w:val="20"/>
              </w:rPr>
              <w:t>Example</w:t>
            </w:r>
          </w:p>
        </w:tc>
      </w:tr>
      <w:tr w:rsidR="006D6160" w14:paraId="49E552DD" w14:textId="77777777">
        <w:trPr>
          <w:jc w:val="center"/>
        </w:trPr>
        <w:tc>
          <w:tcPr>
            <w:tcW w:w="3135" w:type="dxa"/>
          </w:tcPr>
          <w:p w14:paraId="57DDBDA8" w14:textId="77777777" w:rsidR="006D6160" w:rsidRDefault="00000000">
            <w:r>
              <w:rPr>
                <w:b/>
                <w:sz w:val="20"/>
              </w:rPr>
              <w:t>[Role]</w:t>
            </w:r>
          </w:p>
        </w:tc>
        <w:tc>
          <w:tcPr>
            <w:tcW w:w="3135" w:type="dxa"/>
          </w:tcPr>
          <w:p w14:paraId="70C1A873" w14:textId="77777777" w:rsidR="006D6160" w:rsidRDefault="00000000">
            <w:r>
              <w:rPr>
                <w:sz w:val="20"/>
              </w:rPr>
              <w:t>A debate coach who helps argue both sides of a question</w:t>
            </w:r>
          </w:p>
        </w:tc>
        <w:tc>
          <w:tcPr>
            <w:tcW w:w="3135" w:type="dxa"/>
          </w:tcPr>
          <w:p w14:paraId="50683C7C" w14:textId="77777777" w:rsidR="006D6160" w:rsidRDefault="00000000">
            <w:r>
              <w:rPr>
                <w:sz w:val="20"/>
              </w:rPr>
              <w:t>"You are a History debate coach"</w:t>
            </w:r>
          </w:p>
        </w:tc>
      </w:tr>
      <w:tr w:rsidR="006D6160" w14:paraId="0E1ACCFA" w14:textId="77777777">
        <w:trPr>
          <w:jc w:val="center"/>
        </w:trPr>
        <w:tc>
          <w:tcPr>
            <w:tcW w:w="3135" w:type="dxa"/>
          </w:tcPr>
          <w:p w14:paraId="7DA8BEC0" w14:textId="77777777" w:rsidR="006D6160" w:rsidRDefault="00000000">
            <w:r>
              <w:rPr>
                <w:b/>
                <w:sz w:val="20"/>
              </w:rPr>
              <w:t>[Output]</w:t>
            </w:r>
          </w:p>
        </w:tc>
        <w:tc>
          <w:tcPr>
            <w:tcW w:w="3135" w:type="dxa"/>
          </w:tcPr>
          <w:p w14:paraId="4DAABD1E" w14:textId="77777777" w:rsidR="006D6160" w:rsidRDefault="00000000">
            <w:r>
              <w:rPr>
                <w:sz w:val="20"/>
              </w:rPr>
              <w:t>Balanced arguments for and against, with evidence per point</w:t>
            </w:r>
          </w:p>
        </w:tc>
        <w:tc>
          <w:tcPr>
            <w:tcW w:w="3135" w:type="dxa"/>
          </w:tcPr>
          <w:p w14:paraId="2A25FAFF" w14:textId="77777777" w:rsidR="006D6160" w:rsidRDefault="00000000">
            <w:r>
              <w:rPr>
                <w:sz w:val="20"/>
              </w:rPr>
              <w:t>"4 arguments FOR and 4 AGAINST, one key fact each"</w:t>
            </w:r>
          </w:p>
        </w:tc>
      </w:tr>
      <w:tr w:rsidR="006D6160" w14:paraId="0354D77A" w14:textId="77777777">
        <w:trPr>
          <w:jc w:val="center"/>
        </w:trPr>
        <w:tc>
          <w:tcPr>
            <w:tcW w:w="3135" w:type="dxa"/>
          </w:tcPr>
          <w:p w14:paraId="3536391C" w14:textId="77777777" w:rsidR="006D6160" w:rsidRDefault="00000000">
            <w:r>
              <w:rPr>
                <w:b/>
                <w:sz w:val="20"/>
              </w:rPr>
              <w:t>[Information]</w:t>
            </w:r>
          </w:p>
        </w:tc>
        <w:tc>
          <w:tcPr>
            <w:tcW w:w="3135" w:type="dxa"/>
          </w:tcPr>
          <w:p w14:paraId="7C39BA0A" w14:textId="77777777" w:rsidR="006D6160" w:rsidRDefault="00000000">
            <w:r>
              <w:rPr>
                <w:sz w:val="20"/>
              </w:rPr>
              <w:t>The statement, year group, format, length constraint</w:t>
            </w:r>
          </w:p>
        </w:tc>
        <w:tc>
          <w:tcPr>
            <w:tcW w:w="3135" w:type="dxa"/>
          </w:tcPr>
          <w:p w14:paraId="4DA30DCA" w14:textId="77777777" w:rsidR="006D6160" w:rsidRDefault="00000000">
            <w:r>
              <w:rPr>
                <w:sz w:val="20"/>
              </w:rPr>
              <w:t>"Year 9 class debate. 2-3 sentences per argument max."</w:t>
            </w:r>
          </w:p>
        </w:tc>
      </w:tr>
    </w:tbl>
    <w:p w14:paraId="68DB15AC" w14:textId="77777777" w:rsidR="006D6160" w:rsidRDefault="006D6160"/>
    <w:p w14:paraId="37DB43B9" w14:textId="77777777" w:rsidR="006D6160" w:rsidRDefault="00000000">
      <w:r>
        <w:rPr>
          <w:b/>
        </w:rPr>
        <w:lastRenderedPageBreak/>
        <w:t xml:space="preserve">Inter-element rules: </w:t>
      </w:r>
      <w:r>
        <w:t>[Output] must request equal numbers of arguments on each side. [Information] must include a length constraint — without it, the AI writes paragraphs when you need bullet points.</w:t>
      </w:r>
    </w:p>
    <w:p w14:paraId="71C1F1B0" w14:textId="77777777" w:rsidR="006D6160" w:rsidRDefault="006D6160"/>
    <w:p w14:paraId="3861D2D7" w14:textId="77777777" w:rsidR="006D6160" w:rsidRDefault="00000000">
      <w:r>
        <w:rPr>
          <w:b/>
          <w:color w:val="2D5A1B"/>
          <w:sz w:val="28"/>
        </w:rPr>
        <w:t>Copy-Paste Prompt</w:t>
      </w:r>
    </w:p>
    <w:tbl>
      <w:tblPr>
        <w:tblW w:w="0" w:type="auto"/>
        <w:jc w:val="center"/>
        <w:tblBorders>
          <w:top w:val="single" w:sz="4" w:space="0" w:color="C8D4C0"/>
          <w:left w:val="single" w:sz="4" w:space="0" w:color="C8D4C0"/>
          <w:bottom w:val="single" w:sz="4" w:space="0" w:color="C8D4C0"/>
          <w:right w:val="single" w:sz="4" w:space="0" w:color="C8D4C0"/>
        </w:tblBorders>
        <w:tblLook w:val="04A0" w:firstRow="1" w:lastRow="0" w:firstColumn="1" w:lastColumn="0" w:noHBand="0" w:noVBand="1"/>
      </w:tblPr>
      <w:tblGrid>
        <w:gridCol w:w="9396"/>
      </w:tblGrid>
      <w:tr w:rsidR="006D6160" w14:paraId="561C2284" w14:textId="77777777">
        <w:trPr>
          <w:jc w:val="center"/>
        </w:trPr>
        <w:tc>
          <w:tcPr>
            <w:tcW w:w="9406" w:type="dxa"/>
            <w:shd w:val="clear" w:color="auto" w:fill="F0F4EC"/>
          </w:tcPr>
          <w:p w14:paraId="1BE25D25" w14:textId="77777777" w:rsidR="006D6160" w:rsidRDefault="00000000">
            <w:r>
              <w:rPr>
                <w:sz w:val="20"/>
              </w:rPr>
              <w:t>You are a &lt;&lt;subject&gt;&gt; debate coach who helps students argue both sides of a question confidently.</w:t>
            </w:r>
            <w:r>
              <w:rPr>
                <w:sz w:val="20"/>
              </w:rPr>
              <w:br/>
            </w:r>
            <w:r>
              <w:rPr>
                <w:sz w:val="20"/>
              </w:rPr>
              <w:br/>
              <w:t>Give me &lt;&lt;number&gt;&gt; arguments FOR and &lt;&lt;number&gt;&gt; arguments AGAINST the statement: "&lt;&lt;statement&gt;&gt;". Include one key date, fact, or piece of evidence per argument.</w:t>
            </w:r>
            <w:r>
              <w:rPr>
                <w:sz w:val="20"/>
              </w:rPr>
              <w:br/>
            </w:r>
            <w:r>
              <w:rPr>
                <w:sz w:val="20"/>
              </w:rPr>
              <w:br/>
              <w:t>This is for a &lt;&lt;year group&gt;&gt; class debate. I need to sound confident on both sides, even the one I disagree with. Keep each argument to 2-3 sentences maximum.</w:t>
            </w:r>
          </w:p>
        </w:tc>
      </w:tr>
    </w:tbl>
    <w:p w14:paraId="10650623" w14:textId="77777777" w:rsidR="006D6160" w:rsidRDefault="006D6160"/>
    <w:p w14:paraId="0EA91A93" w14:textId="77777777" w:rsidR="006D6160" w:rsidRDefault="00000000">
      <w:r>
        <w:rPr>
          <w:b/>
          <w:color w:val="A0820D"/>
        </w:rPr>
        <w:t>Worked Example: Treaty of Versailles</w:t>
      </w:r>
    </w:p>
    <w:p w14:paraId="086D332D" w14:textId="77777777" w:rsidR="006D6160" w:rsidRDefault="00000000">
      <w:r>
        <w:rPr>
          <w:b/>
        </w:rPr>
        <w:t xml:space="preserve">[Role]: </w:t>
      </w:r>
      <w:r>
        <w:t>You are a History debate coach who helps students argue both sides of a question.</w:t>
      </w:r>
    </w:p>
    <w:p w14:paraId="6050FA8C" w14:textId="77777777" w:rsidR="006D6160" w:rsidRDefault="00000000">
      <w:r>
        <w:rPr>
          <w:b/>
        </w:rPr>
        <w:t xml:space="preserve">[Output]: </w:t>
      </w:r>
      <w:r>
        <w:t>Give me 4 arguments FOR and 4 arguments AGAINST the statement: "The Treaty of Versailles was the main cause of World War Two." Include one key date or fact per argument.</w:t>
      </w:r>
    </w:p>
    <w:p w14:paraId="1DA8A55A" w14:textId="77777777" w:rsidR="006D6160" w:rsidRDefault="00000000">
      <w:r>
        <w:rPr>
          <w:b/>
        </w:rPr>
        <w:t xml:space="preserve">[Information]: </w:t>
      </w:r>
      <w:r>
        <w:t>This is for a Year 9 class debate. I need to sound confident even on the side I disagree with. Keep each argument to 2-3 sentences maximum.</w:t>
      </w:r>
    </w:p>
    <w:p w14:paraId="69DC3506" w14:textId="77777777" w:rsidR="006D6160" w:rsidRDefault="006D6160"/>
    <w:p w14:paraId="3FEB2463" w14:textId="77777777" w:rsidR="006D6160" w:rsidRDefault="006D6160"/>
    <w:p w14:paraId="3ADFB172" w14:textId="77777777" w:rsidR="006D6160" w:rsidRDefault="00000000">
      <w:r>
        <w:rPr>
          <w:b/>
          <w:color w:val="2D5A1B"/>
          <w:sz w:val="36"/>
        </w:rPr>
        <w:t>6. The Flashcard Factory</w:t>
      </w:r>
    </w:p>
    <w:p w14:paraId="32A74732" w14:textId="77777777" w:rsidR="006D6160" w:rsidRDefault="00000000">
      <w:r>
        <w:rPr>
          <w:i/>
          <w:color w:val="A0820D"/>
        </w:rPr>
        <w:t>Role + Output + Information</w:t>
      </w:r>
    </w:p>
    <w:p w14:paraId="56630867" w14:textId="77777777" w:rsidR="006D6160" w:rsidRDefault="00000000">
      <w:r>
        <w:rPr>
          <w:b/>
        </w:rPr>
        <w:t xml:space="preserve">Best for: </w:t>
      </w:r>
      <w:r>
        <w:t>Turning messy class notes into clean revision flashcards. Saves hours of copying out and forces the AI to prioritise the most important content.</w:t>
      </w:r>
    </w:p>
    <w:p w14:paraId="30463CF2" w14:textId="77777777" w:rsidR="006D6160" w:rsidRDefault="006D6160"/>
    <w:p w14:paraId="119CEE7A" w14:textId="77777777" w:rsidR="006D6160" w:rsidRDefault="00000000">
      <w:r>
        <w:rPr>
          <w:b/>
          <w:color w:val="2D5A1B"/>
          <w:sz w:val="28"/>
        </w:rPr>
        <w:t>Schema</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132"/>
        <w:gridCol w:w="3132"/>
        <w:gridCol w:w="3132"/>
      </w:tblGrid>
      <w:tr w:rsidR="006D6160" w14:paraId="75B0CC82" w14:textId="77777777">
        <w:trPr>
          <w:jc w:val="center"/>
        </w:trPr>
        <w:tc>
          <w:tcPr>
            <w:tcW w:w="3135" w:type="dxa"/>
            <w:shd w:val="clear" w:color="auto" w:fill="2D5A1B"/>
          </w:tcPr>
          <w:p w14:paraId="4C757AA3" w14:textId="77777777" w:rsidR="006D6160" w:rsidRDefault="00000000">
            <w:r>
              <w:rPr>
                <w:b/>
                <w:color w:val="FFFFFF"/>
                <w:sz w:val="20"/>
              </w:rPr>
              <w:t>Element</w:t>
            </w:r>
          </w:p>
        </w:tc>
        <w:tc>
          <w:tcPr>
            <w:tcW w:w="3135" w:type="dxa"/>
            <w:shd w:val="clear" w:color="auto" w:fill="2D5A1B"/>
          </w:tcPr>
          <w:p w14:paraId="51EEA185" w14:textId="77777777" w:rsidR="006D6160" w:rsidRDefault="00000000">
            <w:r>
              <w:rPr>
                <w:b/>
                <w:color w:val="FFFFFF"/>
                <w:sz w:val="20"/>
              </w:rPr>
              <w:t>What It Does</w:t>
            </w:r>
          </w:p>
        </w:tc>
        <w:tc>
          <w:tcPr>
            <w:tcW w:w="3135" w:type="dxa"/>
            <w:shd w:val="clear" w:color="auto" w:fill="2D5A1B"/>
          </w:tcPr>
          <w:p w14:paraId="4AB75125" w14:textId="77777777" w:rsidR="006D6160" w:rsidRDefault="00000000">
            <w:r>
              <w:rPr>
                <w:b/>
                <w:color w:val="FFFFFF"/>
                <w:sz w:val="20"/>
              </w:rPr>
              <w:t>Example</w:t>
            </w:r>
          </w:p>
        </w:tc>
      </w:tr>
      <w:tr w:rsidR="006D6160" w14:paraId="773095F4" w14:textId="77777777">
        <w:trPr>
          <w:jc w:val="center"/>
        </w:trPr>
        <w:tc>
          <w:tcPr>
            <w:tcW w:w="3135" w:type="dxa"/>
          </w:tcPr>
          <w:p w14:paraId="1AA28FCA" w14:textId="77777777" w:rsidR="006D6160" w:rsidRDefault="00000000">
            <w:r>
              <w:rPr>
                <w:b/>
                <w:sz w:val="20"/>
              </w:rPr>
              <w:t>[Role]</w:t>
            </w:r>
          </w:p>
        </w:tc>
        <w:tc>
          <w:tcPr>
            <w:tcW w:w="3135" w:type="dxa"/>
          </w:tcPr>
          <w:p w14:paraId="6972F5E6" w14:textId="77777777" w:rsidR="006D6160" w:rsidRDefault="00000000">
            <w:r>
              <w:rPr>
                <w:sz w:val="20"/>
              </w:rPr>
              <w:t>A study skills expert who creates concise, memorable cards</w:t>
            </w:r>
          </w:p>
        </w:tc>
        <w:tc>
          <w:tcPr>
            <w:tcW w:w="3135" w:type="dxa"/>
          </w:tcPr>
          <w:p w14:paraId="7A505743" w14:textId="77777777" w:rsidR="006D6160" w:rsidRDefault="00000000">
            <w:r>
              <w:rPr>
                <w:sz w:val="20"/>
              </w:rPr>
              <w:t>"You are a study skills expert"</w:t>
            </w:r>
          </w:p>
        </w:tc>
      </w:tr>
      <w:tr w:rsidR="006D6160" w14:paraId="0F6A1FAC" w14:textId="77777777">
        <w:trPr>
          <w:jc w:val="center"/>
        </w:trPr>
        <w:tc>
          <w:tcPr>
            <w:tcW w:w="3135" w:type="dxa"/>
          </w:tcPr>
          <w:p w14:paraId="1DF5B225" w14:textId="77777777" w:rsidR="006D6160" w:rsidRDefault="00000000">
            <w:r>
              <w:rPr>
                <w:b/>
                <w:sz w:val="20"/>
              </w:rPr>
              <w:t>[Output]</w:t>
            </w:r>
          </w:p>
        </w:tc>
        <w:tc>
          <w:tcPr>
            <w:tcW w:w="3135" w:type="dxa"/>
          </w:tcPr>
          <w:p w14:paraId="75BFFCB2" w14:textId="77777777" w:rsidR="006D6160" w:rsidRDefault="00000000">
            <w:r>
              <w:rPr>
                <w:sz w:val="20"/>
              </w:rPr>
              <w:t>Flashcards with question/answer format and memory aids</w:t>
            </w:r>
          </w:p>
        </w:tc>
        <w:tc>
          <w:tcPr>
            <w:tcW w:w="3135" w:type="dxa"/>
          </w:tcPr>
          <w:p w14:paraId="614E2EE6" w14:textId="77777777" w:rsidR="006D6160" w:rsidRDefault="00000000">
            <w:r>
              <w:rPr>
                <w:sz w:val="20"/>
              </w:rPr>
              <w:t>"12 flashcards, under 25 words per answer, memory tricks"</w:t>
            </w:r>
          </w:p>
        </w:tc>
      </w:tr>
      <w:tr w:rsidR="006D6160" w14:paraId="59916E94" w14:textId="77777777">
        <w:trPr>
          <w:jc w:val="center"/>
        </w:trPr>
        <w:tc>
          <w:tcPr>
            <w:tcW w:w="3135" w:type="dxa"/>
          </w:tcPr>
          <w:p w14:paraId="754DD575" w14:textId="77777777" w:rsidR="006D6160" w:rsidRDefault="00000000">
            <w:r>
              <w:rPr>
                <w:b/>
                <w:sz w:val="20"/>
              </w:rPr>
              <w:lastRenderedPageBreak/>
              <w:t>[Information]</w:t>
            </w:r>
          </w:p>
        </w:tc>
        <w:tc>
          <w:tcPr>
            <w:tcW w:w="3135" w:type="dxa"/>
          </w:tcPr>
          <w:p w14:paraId="4602F0C0" w14:textId="77777777" w:rsidR="006D6160" w:rsidRDefault="00000000">
            <w:r>
              <w:rPr>
                <w:sz w:val="20"/>
              </w:rPr>
              <w:t>Subject, topic, your notes (pasted in)</w:t>
            </w:r>
          </w:p>
        </w:tc>
        <w:tc>
          <w:tcPr>
            <w:tcW w:w="3135" w:type="dxa"/>
          </w:tcPr>
          <w:p w14:paraId="79DACA57" w14:textId="77777777" w:rsidR="006D6160" w:rsidRDefault="00000000">
            <w:r>
              <w:rPr>
                <w:sz w:val="20"/>
              </w:rPr>
              <w:t>"GCSE Geography: Coastal Landscapes. Notes pasted below."</w:t>
            </w:r>
          </w:p>
        </w:tc>
      </w:tr>
    </w:tbl>
    <w:p w14:paraId="3B4C1116" w14:textId="77777777" w:rsidR="006D6160" w:rsidRDefault="006D6160"/>
    <w:p w14:paraId="7038535A" w14:textId="77777777" w:rsidR="006D6160" w:rsidRDefault="00000000">
      <w:r>
        <w:rPr>
          <w:b/>
        </w:rPr>
        <w:t xml:space="preserve">Inter-element rules: </w:t>
      </w:r>
      <w:r>
        <w:t>[Output] must cap the answer length — flashcards with 50-word answers defeat the purpose. [Information] must include your actual notes, not just the topic name. The AI can't make good flashcards from a topic title alone.</w:t>
      </w:r>
    </w:p>
    <w:p w14:paraId="3BE2A625" w14:textId="77777777" w:rsidR="006D6160" w:rsidRDefault="006D6160"/>
    <w:p w14:paraId="010CBC6D" w14:textId="77777777" w:rsidR="006D6160" w:rsidRDefault="00000000">
      <w:r>
        <w:rPr>
          <w:b/>
          <w:color w:val="2D5A1B"/>
          <w:sz w:val="28"/>
        </w:rPr>
        <w:t>Copy-Paste Prompt</w:t>
      </w:r>
    </w:p>
    <w:tbl>
      <w:tblPr>
        <w:tblW w:w="0" w:type="auto"/>
        <w:jc w:val="center"/>
        <w:tblBorders>
          <w:top w:val="single" w:sz="4" w:space="0" w:color="C8D4C0"/>
          <w:left w:val="single" w:sz="4" w:space="0" w:color="C8D4C0"/>
          <w:bottom w:val="single" w:sz="4" w:space="0" w:color="C8D4C0"/>
          <w:right w:val="single" w:sz="4" w:space="0" w:color="C8D4C0"/>
        </w:tblBorders>
        <w:tblLook w:val="04A0" w:firstRow="1" w:lastRow="0" w:firstColumn="1" w:lastColumn="0" w:noHBand="0" w:noVBand="1"/>
      </w:tblPr>
      <w:tblGrid>
        <w:gridCol w:w="9396"/>
      </w:tblGrid>
      <w:tr w:rsidR="006D6160" w14:paraId="416FEF11" w14:textId="77777777">
        <w:trPr>
          <w:jc w:val="center"/>
        </w:trPr>
        <w:tc>
          <w:tcPr>
            <w:tcW w:w="9406" w:type="dxa"/>
            <w:shd w:val="clear" w:color="auto" w:fill="F0F4EC"/>
          </w:tcPr>
          <w:p w14:paraId="60A5530C" w14:textId="77777777" w:rsidR="006D6160" w:rsidRDefault="00000000">
            <w:r>
              <w:rPr>
                <w:sz w:val="20"/>
              </w:rPr>
              <w:t>You are a study skills expert who creates memorable, concise revision flashcards.</w:t>
            </w:r>
            <w:r>
              <w:rPr>
                <w:sz w:val="20"/>
              </w:rPr>
              <w:br/>
            </w:r>
            <w:r>
              <w:rPr>
                <w:sz w:val="20"/>
              </w:rPr>
              <w:br/>
              <w:t>Turn my notes into &lt;&lt;number&gt;&gt; flashcards. Each card should have a clear question on the front and a short answer (under 25 words) on the back. Add a memory trick or mnemonic for the three hardest ones.</w:t>
            </w:r>
            <w:r>
              <w:rPr>
                <w:sz w:val="20"/>
              </w:rPr>
              <w:br/>
            </w:r>
            <w:r>
              <w:rPr>
                <w:sz w:val="20"/>
              </w:rPr>
              <w:br/>
              <w:t>Subject: &lt;&lt;subject&gt;&gt; — &lt;&lt;topic&gt;&gt;. My class notes are pasted below.</w:t>
            </w:r>
            <w:r>
              <w:rPr>
                <w:sz w:val="20"/>
              </w:rPr>
              <w:br/>
            </w:r>
            <w:r>
              <w:rPr>
                <w:sz w:val="20"/>
              </w:rPr>
              <w:br/>
              <w:t>[Paste your notes here]</w:t>
            </w:r>
          </w:p>
        </w:tc>
      </w:tr>
    </w:tbl>
    <w:p w14:paraId="7E334034" w14:textId="77777777" w:rsidR="006D6160" w:rsidRDefault="006D6160"/>
    <w:p w14:paraId="0F3313B7" w14:textId="77777777" w:rsidR="006D6160" w:rsidRDefault="00000000">
      <w:r>
        <w:rPr>
          <w:b/>
          <w:color w:val="A0820D"/>
        </w:rPr>
        <w:t>Worked Example: Coastal Landscapes</w:t>
      </w:r>
    </w:p>
    <w:p w14:paraId="3587FAAB" w14:textId="77777777" w:rsidR="006D6160" w:rsidRDefault="00000000">
      <w:r>
        <w:rPr>
          <w:b/>
        </w:rPr>
        <w:t xml:space="preserve">[Role]: </w:t>
      </w:r>
      <w:r>
        <w:t>You are a study skills expert who creates memorable, concise revision cards.</w:t>
      </w:r>
    </w:p>
    <w:p w14:paraId="3CA84BE3" w14:textId="77777777" w:rsidR="006D6160" w:rsidRDefault="00000000">
      <w:r>
        <w:rPr>
          <w:b/>
        </w:rPr>
        <w:t xml:space="preserve">[Output]: </w:t>
      </w:r>
      <w:r>
        <w:t>Turn these notes into 12 flashcards with a question on the front and a short answer (under 25 words) on the back. Add a memory trick for the three hardest ones.</w:t>
      </w:r>
    </w:p>
    <w:p w14:paraId="1F740E2C" w14:textId="77777777" w:rsidR="006D6160" w:rsidRDefault="00000000">
      <w:r>
        <w:rPr>
          <w:b/>
        </w:rPr>
        <w:t xml:space="preserve">[Information]: </w:t>
      </w:r>
      <w:r>
        <w:t>Subject: GCSE Geography — Coastal Landscapes. My notes cover erosion types (hydraulic action, abrasion, attrition, solution), wave types (constructive vs destructive), and landforms (stacks, arches, wave-cut platforms).</w:t>
      </w:r>
    </w:p>
    <w:p w14:paraId="42506522" w14:textId="77777777" w:rsidR="006D6160" w:rsidRDefault="006D6160"/>
    <w:p w14:paraId="21449734" w14:textId="77777777" w:rsidR="006D6160" w:rsidRDefault="006D6160"/>
    <w:p w14:paraId="5F69752A" w14:textId="77777777" w:rsidR="006D6160" w:rsidRDefault="00000000">
      <w:r>
        <w:rPr>
          <w:b/>
          <w:color w:val="2D5A1B"/>
          <w:sz w:val="36"/>
        </w:rPr>
        <w:t>The Golden Rules</w:t>
      </w:r>
    </w:p>
    <w:p w14:paraId="6BC0ACD7" w14:textId="77777777" w:rsidR="006D6160" w:rsidRDefault="00000000">
      <w:pPr>
        <w:spacing w:after="120"/>
      </w:pPr>
      <w:r>
        <w:rPr>
          <w:b/>
        </w:rPr>
        <w:t xml:space="preserve">1. Be specific about your level. </w:t>
      </w:r>
      <w:r>
        <w:t>Include your year group, exam board, and target grade. "Help me revise Biology" gives generic results. "Help me revise AQA GCSE Biology, Year 10, targeting Grade 6" gives results you can actually use.</w:t>
      </w:r>
    </w:p>
    <w:p w14:paraId="59B3931D" w14:textId="77777777" w:rsidR="006D6160" w:rsidRDefault="00000000">
      <w:pPr>
        <w:spacing w:after="120"/>
      </w:pPr>
      <w:r>
        <w:rPr>
          <w:b/>
        </w:rPr>
        <w:t xml:space="preserve">2. Tell the AI what you find hard. </w:t>
      </w:r>
      <w:r>
        <w:t>"I don't understand how X works" gets far better help than "explain X". The AI adjusts its explanation when it knows where you're stuck.</w:t>
      </w:r>
    </w:p>
    <w:p w14:paraId="591FA5A9" w14:textId="77777777" w:rsidR="006D6160" w:rsidRDefault="00000000">
      <w:pPr>
        <w:spacing w:after="120"/>
      </w:pPr>
      <w:r>
        <w:rPr>
          <w:b/>
        </w:rPr>
        <w:t xml:space="preserve">3. Ask for formats you'll actually use. </w:t>
      </w:r>
      <w:r>
        <w:t>Flashcards, quizzes, bullet-point summaries, comparison tables. Don't just ask for "an explanation" — you'll get a wall of text you won't read.</w:t>
      </w:r>
    </w:p>
    <w:p w14:paraId="2E233457" w14:textId="77777777" w:rsidR="006D6160" w:rsidRDefault="00000000">
      <w:pPr>
        <w:spacing w:after="120"/>
      </w:pPr>
      <w:r>
        <w:rPr>
          <w:b/>
        </w:rPr>
        <w:lastRenderedPageBreak/>
        <w:t xml:space="preserve">4. Check everything against your textbook. </w:t>
      </w:r>
      <w:r>
        <w:t>AI can get facts wrong, invent quotations, or muddle dates. Treat it as a study partner, not an authority.</w:t>
      </w:r>
    </w:p>
    <w:p w14:paraId="179BAF52" w14:textId="77777777" w:rsidR="006D6160" w:rsidRDefault="00000000">
      <w:pPr>
        <w:spacing w:after="120"/>
      </w:pPr>
      <w:r>
        <w:rPr>
          <w:b/>
        </w:rPr>
        <w:t xml:space="preserve">5. Never paste AI output into coursework. </w:t>
      </w:r>
      <w:r>
        <w:t>Use it to learn, not to cheat. Your teachers will know. AI is a revision tool, not a ghostwriter.</w:t>
      </w:r>
    </w:p>
    <w:p w14:paraId="4AA19BBA" w14:textId="77777777" w:rsidR="006D6160" w:rsidRDefault="006D6160"/>
    <w:p w14:paraId="34E01E97" w14:textId="77777777" w:rsidR="006D6160" w:rsidRDefault="00000000">
      <w:pPr>
        <w:spacing w:after="40"/>
        <w:jc w:val="center"/>
      </w:pPr>
      <w:r>
        <w:rPr>
          <w:i/>
          <w:color w:val="666666"/>
          <w:sz w:val="20"/>
        </w:rPr>
        <w:t>Grassroots High  |  grassrootsintelligence.co.uk</w:t>
      </w:r>
    </w:p>
    <w:p w14:paraId="15024F8A" w14:textId="77777777" w:rsidR="006D6160" w:rsidRDefault="00000000">
      <w:pPr>
        <w:jc w:val="center"/>
      </w:pPr>
      <w:r>
        <w:rPr>
          <w:i/>
          <w:color w:val="A0820D"/>
          <w:sz w:val="20"/>
        </w:rPr>
        <w:t>"Give the AI a role, tell it what to make, and hand it the facts. That's it."</w:t>
      </w:r>
    </w:p>
    <w:sectPr w:rsidR="006D6160"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31133294">
    <w:abstractNumId w:val="8"/>
  </w:num>
  <w:num w:numId="2" w16cid:durableId="2105374550">
    <w:abstractNumId w:val="6"/>
  </w:num>
  <w:num w:numId="3" w16cid:durableId="1959607167">
    <w:abstractNumId w:val="5"/>
  </w:num>
  <w:num w:numId="4" w16cid:durableId="1635137173">
    <w:abstractNumId w:val="4"/>
  </w:num>
  <w:num w:numId="5" w16cid:durableId="422577931">
    <w:abstractNumId w:val="7"/>
  </w:num>
  <w:num w:numId="6" w16cid:durableId="1565725851">
    <w:abstractNumId w:val="3"/>
  </w:num>
  <w:num w:numId="7" w16cid:durableId="1896506481">
    <w:abstractNumId w:val="2"/>
  </w:num>
  <w:num w:numId="8" w16cid:durableId="1495486802">
    <w:abstractNumId w:val="1"/>
  </w:num>
  <w:num w:numId="9" w16cid:durableId="148062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D6160"/>
    <w:rsid w:val="00AA1D8D"/>
    <w:rsid w:val="00B47730"/>
    <w:rsid w:val="00CB0664"/>
    <w:rsid w:val="00DF05A3"/>
    <w:rsid w:val="00F475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8C3684"/>
  <w14:defaultImageDpi w14:val="300"/>
  <w15:docId w15:val="{5477A858-E233-4CDC-9C6A-CB493535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2047</Words>
  <Characters>10852</Characters>
  <Application>Microsoft Office Word</Application>
  <DocSecurity>0</DocSecurity>
  <Lines>350</Lines>
  <Paragraphs>195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Watkins</cp:lastModifiedBy>
  <cp:revision>2</cp:revision>
  <dcterms:created xsi:type="dcterms:W3CDTF">2026-04-07T11:09:00Z</dcterms:created>
  <dcterms:modified xsi:type="dcterms:W3CDTF">2026-04-07T11:09:00Z</dcterms:modified>
  <cp:category/>
</cp:coreProperties>
</file>